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4ADD4" w14:textId="77777777" w:rsidR="00153B57" w:rsidRPr="00E07841" w:rsidRDefault="00F67EEC">
      <w:pPr>
        <w:spacing w:after="240" w:line="240" w:lineRule="auto"/>
        <w:jc w:val="center"/>
        <w:rPr>
          <w:lang w:val="ru-RU"/>
        </w:rPr>
      </w:pPr>
      <w:r w:rsidRPr="00E07841">
        <w:rPr>
          <w:lang w:val="ru-RU"/>
        </w:rPr>
        <w:t>ПРАВИЛА ОКАЗАНИЯ УСЛУГ ПО УБОРКЕ</w:t>
      </w:r>
      <w:r w:rsidRPr="00E07841">
        <w:rPr>
          <w:lang w:val="ru-RU"/>
        </w:rPr>
        <w:br/>
        <w:t>(Приложение № 1 к Публичной оферте ООО «Клини Системс»)</w:t>
      </w:r>
    </w:p>
    <w:p w14:paraId="468D92E7" w14:textId="77777777" w:rsidR="00153B57" w:rsidRPr="00E07841" w:rsidRDefault="00F67EEC">
      <w:pPr>
        <w:spacing w:after="120"/>
        <w:jc w:val="center"/>
        <w:rPr>
          <w:lang w:val="ru-RU"/>
        </w:rPr>
      </w:pPr>
      <w:r w:rsidRPr="00E07841">
        <w:rPr>
          <w:lang w:val="ru-RU"/>
        </w:rPr>
        <w:t>Версия от 17.06.2026 г.</w:t>
      </w:r>
    </w:p>
    <w:p w14:paraId="40498F8B" w14:textId="77777777" w:rsidR="00153B57" w:rsidRPr="00E07841" w:rsidRDefault="00F67EEC">
      <w:pPr>
        <w:spacing w:after="0"/>
        <w:rPr>
          <w:lang w:val="ru-RU"/>
        </w:rPr>
      </w:pPr>
      <w:r w:rsidRPr="00E07841">
        <w:rPr>
          <w:lang w:val="ru-RU"/>
        </w:rPr>
        <w:t>Настоящие Правила являются неотъемлемой частью Публичной оферты ООО «Клини Системс» и применяются к каждому заказу услуг по уборке, если иное прямо не согласовано в подтвержденном заказе, дополнительном соглашении или индивидуальном подтверждении заказа.</w:t>
      </w:r>
    </w:p>
    <w:p w14:paraId="6114A95A" w14:textId="77777777" w:rsidR="00153B57" w:rsidRPr="00E07841" w:rsidRDefault="00F67EEC">
      <w:pPr>
        <w:spacing w:after="0"/>
        <w:rPr>
          <w:lang w:val="ru-RU"/>
        </w:rPr>
      </w:pPr>
      <w:r w:rsidRPr="00E07841">
        <w:rPr>
          <w:lang w:val="ru-RU"/>
        </w:rPr>
        <w:t>Если заказчиком является потребитель, положения Правил применяются с учетом императивных норм законодательства Российской Федерации о защите прав потребителей. Условия Правил не подлежат толкованию как ограничивающие права заказчика, предоставленные законом.</w:t>
      </w:r>
    </w:p>
    <w:p w14:paraId="70B1C413" w14:textId="77777777" w:rsidR="00153B57" w:rsidRPr="00E07841" w:rsidRDefault="00F67EEC">
      <w:pPr>
        <w:pStyle w:val="1"/>
        <w:spacing w:before="120" w:after="60"/>
        <w:rPr>
          <w:lang w:val="ru-RU"/>
        </w:rPr>
      </w:pPr>
      <w:r w:rsidRPr="00E07841">
        <w:rPr>
          <w:rFonts w:ascii="Times New Roman" w:eastAsia="Times New Roman" w:hAnsi="Times New Roman"/>
          <w:lang w:val="ru-RU"/>
        </w:rPr>
        <w:t>1. Термины и общие положения</w:t>
      </w:r>
    </w:p>
    <w:p w14:paraId="6EBBF9B2" w14:textId="77777777" w:rsidR="00153B57" w:rsidRPr="00E07841" w:rsidRDefault="00F67EEC">
      <w:pPr>
        <w:spacing w:after="0"/>
        <w:rPr>
          <w:lang w:val="ru-RU"/>
        </w:rPr>
      </w:pPr>
      <w:r w:rsidRPr="00E07841">
        <w:rPr>
          <w:lang w:val="ru-RU"/>
        </w:rPr>
        <w:t>Для целей настоящих Правил используются следующие основные термины: «Исполнитель» — ООО «Клини Системс»; «Заказчик» — лицо, оформившее заказ; «Заказ» — оформленное и подтвержденное Исполнителем поручение на оказание конкретной услуги; «Объект» — помещение по адресу, указанному в заказе; «Услуги» — услуги по уборке, состав и объем которых определяются настоящими Правилами и карточкой конкретного заказа; «Привлеченный исполнитель» — лицо, привлеченное Исполнителем для исполнения заказа, включая самозанятое лицо или иного подрядчика по гражданско-правовому договору.</w:t>
      </w:r>
    </w:p>
    <w:p w14:paraId="3C6717FA" w14:textId="77777777" w:rsidR="00153B57" w:rsidRPr="00E07841" w:rsidRDefault="00F67EEC">
      <w:pPr>
        <w:spacing w:after="0"/>
        <w:rPr>
          <w:lang w:val="ru-RU"/>
        </w:rPr>
      </w:pPr>
      <w:r w:rsidRPr="00E07841">
        <w:rPr>
          <w:lang w:val="ru-RU"/>
        </w:rPr>
        <w:t>Исполнитель вправе привлекать к оказанию услуг третьих лиц без получения дополнительного согласия Заказчика, оставаясь ответственным перед Заказчиком за результат услуг, если иное не установлено законом или договором.</w:t>
      </w:r>
    </w:p>
    <w:p w14:paraId="5A0FA477" w14:textId="77777777" w:rsidR="00153B57" w:rsidRPr="00E07841" w:rsidRDefault="00F67EEC">
      <w:pPr>
        <w:spacing w:after="0"/>
        <w:rPr>
          <w:lang w:val="ru-RU"/>
        </w:rPr>
      </w:pPr>
      <w:r w:rsidRPr="00E07841">
        <w:rPr>
          <w:lang w:val="ru-RU"/>
        </w:rPr>
        <w:t>Состав, объем, цена, дата и временной интервал оказания услуг определяются подтвержденным заказом. При расхождении между описанием услуги на сайте, карточкой заказа и настоящими Правилами приоритет имеют индивидуально согласованные условия конкретного заказа.</w:t>
      </w:r>
    </w:p>
    <w:p w14:paraId="2525507C" w14:textId="24BD6734" w:rsidR="00153B57" w:rsidRPr="00E07841" w:rsidRDefault="00F67EEC">
      <w:pPr>
        <w:pStyle w:val="1"/>
        <w:spacing w:before="120" w:after="60"/>
        <w:rPr>
          <w:lang w:val="ru-RU"/>
        </w:rPr>
      </w:pPr>
      <w:r w:rsidRPr="00E07841">
        <w:rPr>
          <w:rFonts w:ascii="Times New Roman" w:eastAsia="Times New Roman" w:hAnsi="Times New Roman"/>
          <w:lang w:val="ru-RU"/>
        </w:rPr>
        <w:t>2. Что входит в уборку</w:t>
      </w:r>
    </w:p>
    <w:p w14:paraId="238D6410" w14:textId="5292D6CF" w:rsidR="00153B57" w:rsidRDefault="00F67EEC">
      <w:pPr>
        <w:spacing w:after="0"/>
        <w:rPr>
          <w:lang w:val="ru-RU"/>
        </w:rPr>
      </w:pPr>
      <w:r w:rsidRPr="00E07841">
        <w:rPr>
          <w:lang w:val="ru-RU"/>
        </w:rPr>
        <w:t>В базовый объем уборки входит общий комплекс стандартных работ по системе уборки помещения в пределах доступных и безопасных для обработки зон. Если карточка заказа не содержит детализированного перечня, в базовый объем включаются следующие работы:</w:t>
      </w:r>
    </w:p>
    <w:p w14:paraId="6647B6D0" w14:textId="14249767" w:rsidR="00E07841" w:rsidRPr="00E07841" w:rsidRDefault="00E07841" w:rsidP="00E07841">
      <w:pPr>
        <w:spacing w:before="240"/>
        <w:rPr>
          <w:lang w:val="ru-RU"/>
        </w:rPr>
      </w:pPr>
      <w:r>
        <w:rPr>
          <w:lang w:val="ru-RU"/>
        </w:rPr>
        <w:t>РЕГУЛЯРНАЯ УБОРКА:</w:t>
      </w:r>
    </w:p>
    <w:p w14:paraId="3B69C1E2" w14:textId="77777777" w:rsidR="00E07841" w:rsidRPr="00E07841" w:rsidRDefault="00E07841" w:rsidP="00E07841">
      <w:pPr>
        <w:pStyle w:val="4"/>
        <w:spacing w:before="0"/>
        <w:rPr>
          <w:rFonts w:ascii="Times New Roman" w:eastAsia="Times New Roman" w:hAnsi="Times New Roman" w:cstheme="minorBidi"/>
          <w:b w:val="0"/>
          <w:bCs w:val="0"/>
          <w:i w:val="0"/>
          <w:iCs w:val="0"/>
          <w:color w:val="auto"/>
          <w:lang w:val="ru-RU"/>
        </w:rPr>
      </w:pPr>
      <w:r w:rsidRPr="00E07841">
        <w:rPr>
          <w:rFonts w:ascii="Times New Roman" w:eastAsia="Times New Roman" w:hAnsi="Times New Roman" w:cstheme="minorBidi"/>
          <w:b w:val="0"/>
          <w:bCs w:val="0"/>
          <w:i w:val="0"/>
          <w:iCs w:val="0"/>
          <w:color w:val="auto"/>
          <w:lang w:val="ru-RU"/>
        </w:rPr>
        <w:t>Общие жилые зоны</w:t>
      </w:r>
    </w:p>
    <w:p w14:paraId="633FD623" w14:textId="77777777" w:rsidR="00E07841" w:rsidRPr="00E07841" w:rsidRDefault="00E07841" w:rsidP="00E07841">
      <w:pPr>
        <w:pStyle w:val="aff8"/>
        <w:spacing w:before="0" w:beforeAutospacing="0" w:after="0" w:afterAutospacing="0"/>
        <w:rPr>
          <w:rFonts w:cstheme="minorBidi"/>
          <w:szCs w:val="22"/>
          <w:lang w:eastAsia="en-US"/>
        </w:rPr>
      </w:pPr>
      <w:r w:rsidRPr="00E07841">
        <w:rPr>
          <w:rFonts w:cstheme="minorBidi"/>
          <w:szCs w:val="22"/>
          <w:lang w:eastAsia="en-US"/>
        </w:rPr>
        <w:t>Помещения, спальни, коридоры и гостиные.</w:t>
      </w:r>
    </w:p>
    <w:p w14:paraId="2306F128" w14:textId="77777777" w:rsidR="00E07841" w:rsidRPr="00E07841" w:rsidRDefault="00E07841" w:rsidP="00E07841">
      <w:pPr>
        <w:numPr>
          <w:ilvl w:val="0"/>
          <w:numId w:val="10"/>
        </w:numPr>
        <w:spacing w:before="100" w:beforeAutospacing="1" w:after="100" w:afterAutospacing="1" w:line="240" w:lineRule="auto"/>
        <w:rPr>
          <w:lang w:val="ru-RU"/>
        </w:rPr>
      </w:pPr>
      <w:r w:rsidRPr="00E07841">
        <w:rPr>
          <w:b/>
          <w:bCs/>
          <w:lang w:val="ru-RU"/>
        </w:rPr>
        <w:t>Обеспыливание:</w:t>
      </w:r>
      <w:r w:rsidRPr="00E07841">
        <w:rPr>
          <w:lang w:val="ru-RU"/>
        </w:rPr>
        <w:t> бережно протираем мебель, предметы интерьера и настенные светильники на высоте до 1,8 м.</w:t>
      </w:r>
    </w:p>
    <w:p w14:paraId="5C5E4958" w14:textId="77777777" w:rsidR="00E07841" w:rsidRPr="00E07841" w:rsidRDefault="00E07841" w:rsidP="00E07841">
      <w:pPr>
        <w:numPr>
          <w:ilvl w:val="0"/>
          <w:numId w:val="10"/>
        </w:numPr>
        <w:spacing w:before="100" w:beforeAutospacing="1" w:after="100" w:afterAutospacing="1" w:line="240" w:lineRule="auto"/>
        <w:rPr>
          <w:lang w:val="ru-RU"/>
        </w:rPr>
      </w:pPr>
      <w:r w:rsidRPr="00E07841">
        <w:rPr>
          <w:b/>
          <w:bCs/>
          <w:lang w:val="ru-RU"/>
        </w:rPr>
        <w:t>Зеркала:</w:t>
      </w:r>
      <w:r w:rsidRPr="00E07841">
        <w:rPr>
          <w:lang w:val="ru-RU"/>
        </w:rPr>
        <w:t> моем все зеркальные поверхности на всю высоту до блеска.</w:t>
      </w:r>
    </w:p>
    <w:p w14:paraId="2830AF8E" w14:textId="77777777" w:rsidR="00E07841" w:rsidRPr="00E07841" w:rsidRDefault="00E07841" w:rsidP="00E07841">
      <w:pPr>
        <w:numPr>
          <w:ilvl w:val="0"/>
          <w:numId w:val="10"/>
        </w:numPr>
        <w:spacing w:before="100" w:beforeAutospacing="1" w:after="100" w:afterAutospacing="1" w:line="240" w:lineRule="auto"/>
        <w:rPr>
          <w:lang w:val="ru-RU"/>
        </w:rPr>
      </w:pPr>
      <w:r w:rsidRPr="00E07841">
        <w:rPr>
          <w:b/>
          <w:bCs/>
          <w:lang w:val="ru-RU"/>
        </w:rPr>
        <w:t>Технические детали:</w:t>
      </w:r>
      <w:r w:rsidRPr="00E07841">
        <w:rPr>
          <w:lang w:val="ru-RU"/>
        </w:rPr>
        <w:t> протираем выключатели, розетки, радиаторы и трубы.</w:t>
      </w:r>
    </w:p>
    <w:p w14:paraId="6ECB945A" w14:textId="77777777" w:rsidR="00E07841" w:rsidRPr="00E07841" w:rsidRDefault="00E07841" w:rsidP="00E07841">
      <w:pPr>
        <w:numPr>
          <w:ilvl w:val="0"/>
          <w:numId w:val="10"/>
        </w:numPr>
        <w:spacing w:before="100" w:beforeAutospacing="1" w:after="100" w:afterAutospacing="1" w:line="240" w:lineRule="auto"/>
        <w:rPr>
          <w:lang w:val="ru-RU"/>
        </w:rPr>
      </w:pPr>
      <w:r w:rsidRPr="00E07841">
        <w:rPr>
          <w:b/>
          <w:bCs/>
          <w:lang w:val="ru-RU"/>
        </w:rPr>
        <w:t>Пол:</w:t>
      </w:r>
      <w:r w:rsidRPr="00E07841">
        <w:rPr>
          <w:lang w:val="ru-RU"/>
        </w:rPr>
        <w:t> пылесосим ковры и напольные покрытия, моем пол и плинтусы.</w:t>
      </w:r>
    </w:p>
    <w:p w14:paraId="130742A0" w14:textId="77777777" w:rsidR="00E07841" w:rsidRPr="00E07841" w:rsidRDefault="00E07841" w:rsidP="00E07841">
      <w:pPr>
        <w:pStyle w:val="4"/>
        <w:spacing w:before="0"/>
        <w:rPr>
          <w:rFonts w:ascii="Times New Roman" w:eastAsia="Times New Roman" w:hAnsi="Times New Roman" w:cstheme="minorBidi"/>
          <w:b w:val="0"/>
          <w:bCs w:val="0"/>
          <w:i w:val="0"/>
          <w:iCs w:val="0"/>
          <w:color w:val="auto"/>
          <w:lang w:val="ru-RU"/>
        </w:rPr>
      </w:pPr>
      <w:r w:rsidRPr="00E07841">
        <w:rPr>
          <w:rFonts w:ascii="Times New Roman" w:eastAsia="Times New Roman" w:hAnsi="Times New Roman" w:cstheme="minorBidi"/>
          <w:b w:val="0"/>
          <w:bCs w:val="0"/>
          <w:i w:val="0"/>
          <w:iCs w:val="0"/>
          <w:color w:val="auto"/>
          <w:lang w:val="ru-RU"/>
        </w:rPr>
        <w:lastRenderedPageBreak/>
        <w:t>Кухонная зона</w:t>
      </w:r>
    </w:p>
    <w:p w14:paraId="1893A668" w14:textId="77777777" w:rsidR="00E07841" w:rsidRPr="00E07841" w:rsidRDefault="00E07841" w:rsidP="00E07841">
      <w:pPr>
        <w:numPr>
          <w:ilvl w:val="0"/>
          <w:numId w:val="11"/>
        </w:numPr>
        <w:spacing w:before="100" w:beforeAutospacing="1" w:after="100" w:afterAutospacing="1" w:line="240" w:lineRule="auto"/>
        <w:rPr>
          <w:lang w:val="ru-RU"/>
        </w:rPr>
      </w:pPr>
      <w:r w:rsidRPr="00E07841">
        <w:rPr>
          <w:b/>
          <w:bCs/>
          <w:lang w:val="ru-RU"/>
        </w:rPr>
        <w:t>Рабочая зона:</w:t>
      </w:r>
      <w:r w:rsidRPr="00E07841">
        <w:rPr>
          <w:lang w:val="ru-RU"/>
        </w:rPr>
        <w:t> моем кухонный фартук и столешницы.</w:t>
      </w:r>
    </w:p>
    <w:p w14:paraId="736392AF" w14:textId="77777777" w:rsidR="00E07841" w:rsidRPr="00E07841" w:rsidRDefault="00E07841" w:rsidP="00E07841">
      <w:pPr>
        <w:numPr>
          <w:ilvl w:val="0"/>
          <w:numId w:val="11"/>
        </w:numPr>
        <w:spacing w:before="100" w:beforeAutospacing="1" w:after="100" w:afterAutospacing="1" w:line="240" w:lineRule="auto"/>
        <w:rPr>
          <w:lang w:val="ru-RU"/>
        </w:rPr>
      </w:pPr>
      <w:r w:rsidRPr="00E07841">
        <w:rPr>
          <w:b/>
          <w:bCs/>
          <w:lang w:val="ru-RU"/>
        </w:rPr>
        <w:t>Плита:</w:t>
      </w:r>
      <w:r w:rsidRPr="00E07841">
        <w:rPr>
          <w:lang w:val="ru-RU"/>
        </w:rPr>
        <w:t> протираем варочную панель и стену над ней от пятен.</w:t>
      </w:r>
    </w:p>
    <w:p w14:paraId="4DFF3889" w14:textId="77777777" w:rsidR="00E07841" w:rsidRPr="00E07841" w:rsidRDefault="00E07841" w:rsidP="00E07841">
      <w:pPr>
        <w:numPr>
          <w:ilvl w:val="0"/>
          <w:numId w:val="11"/>
        </w:numPr>
        <w:spacing w:before="100" w:beforeAutospacing="1" w:after="100" w:afterAutospacing="1" w:line="240" w:lineRule="auto"/>
        <w:rPr>
          <w:lang w:val="ru-RU"/>
        </w:rPr>
      </w:pPr>
      <w:r w:rsidRPr="00E07841">
        <w:rPr>
          <w:b/>
          <w:bCs/>
          <w:lang w:val="ru-RU"/>
        </w:rPr>
        <w:t>Техника:</w:t>
      </w:r>
      <w:r w:rsidRPr="00E07841">
        <w:rPr>
          <w:lang w:val="ru-RU"/>
        </w:rPr>
        <w:t> протираем бытовую технику снаружи, микроволновую печь очищаем внешне.</w:t>
      </w:r>
    </w:p>
    <w:p w14:paraId="5328CE70" w14:textId="77777777" w:rsidR="00E07841" w:rsidRPr="00E07841" w:rsidRDefault="00E07841" w:rsidP="00E07841">
      <w:pPr>
        <w:numPr>
          <w:ilvl w:val="0"/>
          <w:numId w:val="11"/>
        </w:numPr>
        <w:spacing w:before="100" w:beforeAutospacing="1" w:after="100" w:afterAutospacing="1" w:line="240" w:lineRule="auto"/>
        <w:rPr>
          <w:lang w:val="ru-RU"/>
        </w:rPr>
      </w:pPr>
      <w:r w:rsidRPr="00E07841">
        <w:rPr>
          <w:b/>
          <w:bCs/>
          <w:lang w:val="ru-RU"/>
        </w:rPr>
        <w:t>Мебель:</w:t>
      </w:r>
      <w:r w:rsidRPr="00E07841">
        <w:rPr>
          <w:lang w:val="ru-RU"/>
        </w:rPr>
        <w:t> протираем кухонные фасады на высоте до 1,8 м.</w:t>
      </w:r>
    </w:p>
    <w:p w14:paraId="5F848364" w14:textId="77777777" w:rsidR="00E07841" w:rsidRPr="00E07841" w:rsidRDefault="00E07841" w:rsidP="00E07841">
      <w:pPr>
        <w:pStyle w:val="4"/>
        <w:spacing w:before="0"/>
        <w:rPr>
          <w:rFonts w:ascii="Times New Roman" w:eastAsia="Times New Roman" w:hAnsi="Times New Roman" w:cstheme="minorBidi"/>
          <w:b w:val="0"/>
          <w:bCs w:val="0"/>
          <w:i w:val="0"/>
          <w:iCs w:val="0"/>
          <w:color w:val="auto"/>
          <w:lang w:val="ru-RU"/>
        </w:rPr>
      </w:pPr>
      <w:r w:rsidRPr="00E07841">
        <w:rPr>
          <w:rFonts w:ascii="Times New Roman" w:eastAsia="Times New Roman" w:hAnsi="Times New Roman" w:cstheme="minorBidi"/>
          <w:b w:val="0"/>
          <w:bCs w:val="0"/>
          <w:i w:val="0"/>
          <w:iCs w:val="0"/>
          <w:color w:val="auto"/>
          <w:lang w:val="ru-RU"/>
        </w:rPr>
        <w:t>Ванная комната</w:t>
      </w:r>
    </w:p>
    <w:p w14:paraId="79B171F6" w14:textId="77777777" w:rsidR="00E07841" w:rsidRPr="00E07841" w:rsidRDefault="00E07841" w:rsidP="00E07841">
      <w:pPr>
        <w:numPr>
          <w:ilvl w:val="0"/>
          <w:numId w:val="12"/>
        </w:numPr>
        <w:spacing w:before="100" w:beforeAutospacing="1" w:after="100" w:afterAutospacing="1" w:line="240" w:lineRule="auto"/>
        <w:rPr>
          <w:lang w:val="ru-RU"/>
        </w:rPr>
      </w:pPr>
      <w:r w:rsidRPr="00E07841">
        <w:rPr>
          <w:b/>
          <w:bCs/>
          <w:lang w:val="ru-RU"/>
        </w:rPr>
        <w:t>Сантехника:</w:t>
      </w:r>
      <w:r w:rsidRPr="00E07841">
        <w:rPr>
          <w:lang w:val="ru-RU"/>
        </w:rPr>
        <w:t> чистим раковину, смесители, унитаз и ванну или душевую кабину снаружи.</w:t>
      </w:r>
    </w:p>
    <w:p w14:paraId="276DD405" w14:textId="77777777" w:rsidR="00E07841" w:rsidRPr="00E07841" w:rsidRDefault="00E07841" w:rsidP="00E07841">
      <w:pPr>
        <w:pStyle w:val="4"/>
        <w:spacing w:before="0"/>
        <w:rPr>
          <w:rFonts w:ascii="Times New Roman" w:eastAsia="Times New Roman" w:hAnsi="Times New Roman" w:cstheme="minorBidi"/>
          <w:b w:val="0"/>
          <w:bCs w:val="0"/>
          <w:i w:val="0"/>
          <w:iCs w:val="0"/>
          <w:color w:val="auto"/>
          <w:lang w:val="ru-RU"/>
        </w:rPr>
      </w:pPr>
      <w:r w:rsidRPr="00E07841">
        <w:rPr>
          <w:rFonts w:ascii="Times New Roman" w:eastAsia="Times New Roman" w:hAnsi="Times New Roman" w:cstheme="minorBidi"/>
          <w:b w:val="0"/>
          <w:bCs w:val="0"/>
          <w:i w:val="0"/>
          <w:iCs w:val="0"/>
          <w:color w:val="auto"/>
          <w:lang w:val="ru-RU"/>
        </w:rPr>
        <w:t>Завершение</w:t>
      </w:r>
    </w:p>
    <w:p w14:paraId="3B6B7BCA" w14:textId="6F4FE2D3" w:rsidR="00E07841" w:rsidRDefault="00E07841" w:rsidP="00E07841">
      <w:pPr>
        <w:numPr>
          <w:ilvl w:val="0"/>
          <w:numId w:val="13"/>
        </w:numPr>
        <w:spacing w:before="100" w:beforeAutospacing="1" w:after="100" w:afterAutospacing="1" w:line="240" w:lineRule="auto"/>
        <w:rPr>
          <w:lang w:val="ru-RU"/>
        </w:rPr>
      </w:pPr>
      <w:r w:rsidRPr="00E07841">
        <w:rPr>
          <w:b/>
          <w:bCs/>
          <w:lang w:val="ru-RU"/>
        </w:rPr>
        <w:t>Мусор:</w:t>
      </w:r>
      <w:r w:rsidRPr="00E07841">
        <w:rPr>
          <w:lang w:val="ru-RU"/>
        </w:rPr>
        <w:t> выносим до 2 пакетов по 60 л и дезинфицируем корзину.</w:t>
      </w:r>
    </w:p>
    <w:p w14:paraId="66BDA06D" w14:textId="4B1F6956" w:rsidR="00E07841" w:rsidRDefault="00E07841" w:rsidP="00E07841">
      <w:pPr>
        <w:spacing w:before="240"/>
        <w:rPr>
          <w:lang w:val="ru-RU"/>
        </w:rPr>
      </w:pPr>
      <w:r w:rsidRPr="00E07841">
        <w:rPr>
          <w:lang w:val="ru-RU"/>
        </w:rPr>
        <w:t>ГЕНЕРАЛЬНАЯ УБОРКА</w:t>
      </w:r>
      <w:r>
        <w:rPr>
          <w:lang w:val="ru-RU"/>
        </w:rPr>
        <w:t>:</w:t>
      </w:r>
    </w:p>
    <w:p w14:paraId="44BF59AF" w14:textId="77777777" w:rsidR="00E07841" w:rsidRPr="00E07841" w:rsidRDefault="00E07841" w:rsidP="00E07841">
      <w:pPr>
        <w:spacing w:after="0"/>
        <w:rPr>
          <w:lang w:val="ru-RU"/>
        </w:rPr>
      </w:pPr>
      <w:r w:rsidRPr="00E07841">
        <w:rPr>
          <w:lang w:val="ru-RU"/>
        </w:rPr>
        <w:t>Общие жилые зоны</w:t>
      </w:r>
    </w:p>
    <w:p w14:paraId="7BE05F1E" w14:textId="77777777" w:rsidR="00E07841" w:rsidRPr="00E07841" w:rsidRDefault="00E07841" w:rsidP="00E07841">
      <w:pPr>
        <w:spacing w:after="0"/>
        <w:rPr>
          <w:lang w:val="ru-RU"/>
        </w:rPr>
      </w:pPr>
      <w:r w:rsidRPr="00E07841">
        <w:rPr>
          <w:lang w:val="ru-RU"/>
        </w:rPr>
        <w:t>Помещения, спальни, коридоры и гостиные.</w:t>
      </w:r>
    </w:p>
    <w:p w14:paraId="69AE0C37" w14:textId="77777777" w:rsidR="00E07841" w:rsidRPr="00E07841" w:rsidRDefault="00E07841" w:rsidP="00E07841">
      <w:pPr>
        <w:spacing w:after="0"/>
        <w:rPr>
          <w:lang w:val="ru-RU"/>
        </w:rPr>
      </w:pPr>
      <w:r w:rsidRPr="00E07841">
        <w:rPr>
          <w:b/>
          <w:bCs/>
          <w:lang w:val="ru-RU"/>
        </w:rPr>
        <w:t>Работа с пылью:</w:t>
      </w:r>
      <w:r w:rsidRPr="00E07841">
        <w:rPr>
          <w:lang w:val="ru-RU"/>
        </w:rPr>
        <w:t> полное обеспыливание стен и всех поверхностей мебели и интерьера на всю высоту.</w:t>
      </w:r>
    </w:p>
    <w:p w14:paraId="55177FCF" w14:textId="77777777" w:rsidR="00E07841" w:rsidRPr="00E07841" w:rsidRDefault="00E07841" w:rsidP="00E07841">
      <w:pPr>
        <w:spacing w:after="0"/>
        <w:rPr>
          <w:lang w:val="ru-RU"/>
        </w:rPr>
      </w:pPr>
      <w:r w:rsidRPr="00E07841">
        <w:rPr>
          <w:b/>
          <w:bCs/>
          <w:lang w:val="ru-RU"/>
        </w:rPr>
        <w:t>Труднодоступные места:</w:t>
      </w:r>
      <w:r w:rsidRPr="00E07841">
        <w:rPr>
          <w:lang w:val="ru-RU"/>
        </w:rPr>
        <w:t> протираем карнизы, трубы, радиаторы, розетки и выключатели.</w:t>
      </w:r>
    </w:p>
    <w:p w14:paraId="018EFC46" w14:textId="77777777" w:rsidR="00E07841" w:rsidRPr="00E07841" w:rsidRDefault="00E07841" w:rsidP="00E07841">
      <w:pPr>
        <w:spacing w:after="0"/>
        <w:rPr>
          <w:lang w:val="ru-RU"/>
        </w:rPr>
      </w:pPr>
      <w:r w:rsidRPr="00E07841">
        <w:rPr>
          <w:b/>
          <w:bCs/>
          <w:lang w:val="ru-RU"/>
        </w:rPr>
        <w:t>Светильники:</w:t>
      </w:r>
      <w:r w:rsidRPr="00E07841">
        <w:rPr>
          <w:lang w:val="ru-RU"/>
        </w:rPr>
        <w:t> моем настенные светильники, хрустальные люстры и сложные осветительные приборы.</w:t>
      </w:r>
    </w:p>
    <w:p w14:paraId="6570B543" w14:textId="77777777" w:rsidR="00E07841" w:rsidRPr="00E07841" w:rsidRDefault="00E07841" w:rsidP="00E07841">
      <w:pPr>
        <w:spacing w:after="0"/>
        <w:rPr>
          <w:lang w:val="ru-RU"/>
        </w:rPr>
      </w:pPr>
      <w:r w:rsidRPr="00E07841">
        <w:rPr>
          <w:b/>
          <w:bCs/>
          <w:lang w:val="ru-RU"/>
        </w:rPr>
        <w:t>Детали интерьера:</w:t>
      </w:r>
      <w:r w:rsidRPr="00E07841">
        <w:rPr>
          <w:lang w:val="ru-RU"/>
        </w:rPr>
        <w:t> очищаем открытые полки, фоторамки, часы и мелкие предметы декора.</w:t>
      </w:r>
    </w:p>
    <w:p w14:paraId="2FE6AF26" w14:textId="77777777" w:rsidR="00E07841" w:rsidRPr="00E07841" w:rsidRDefault="00E07841" w:rsidP="00E07841">
      <w:pPr>
        <w:spacing w:after="0"/>
        <w:rPr>
          <w:lang w:val="ru-RU"/>
        </w:rPr>
      </w:pPr>
      <w:r w:rsidRPr="00E07841">
        <w:rPr>
          <w:b/>
          <w:bCs/>
          <w:lang w:val="ru-RU"/>
        </w:rPr>
        <w:t>Зеркала и стекла:</w:t>
      </w:r>
      <w:r w:rsidRPr="00E07841">
        <w:rPr>
          <w:lang w:val="ru-RU"/>
        </w:rPr>
        <w:t> моем зеркальные поверхности на всю доступную высоту.</w:t>
      </w:r>
    </w:p>
    <w:p w14:paraId="3FDA01A6" w14:textId="77777777" w:rsidR="00E07841" w:rsidRPr="00E07841" w:rsidRDefault="00E07841" w:rsidP="00E07841">
      <w:pPr>
        <w:spacing w:after="0"/>
        <w:rPr>
          <w:lang w:val="ru-RU"/>
        </w:rPr>
      </w:pPr>
      <w:r w:rsidRPr="00E07841">
        <w:rPr>
          <w:b/>
          <w:bCs/>
          <w:lang w:val="ru-RU"/>
        </w:rPr>
        <w:t>Двери:</w:t>
      </w:r>
      <w:r w:rsidRPr="00E07841">
        <w:rPr>
          <w:lang w:val="ru-RU"/>
        </w:rPr>
        <w:t> протираем межкомнатные двери, дверные блоки и фурнитуру.</w:t>
      </w:r>
    </w:p>
    <w:p w14:paraId="297E03AA" w14:textId="77777777" w:rsidR="00E07841" w:rsidRPr="00E07841" w:rsidRDefault="00E07841" w:rsidP="00E07841">
      <w:pPr>
        <w:spacing w:after="0"/>
        <w:rPr>
          <w:lang w:val="ru-RU"/>
        </w:rPr>
      </w:pPr>
      <w:r w:rsidRPr="00E07841">
        <w:rPr>
          <w:b/>
          <w:bCs/>
          <w:lang w:val="ru-RU"/>
        </w:rPr>
        <w:t>Кондиционеры:</w:t>
      </w:r>
      <w:r w:rsidRPr="00E07841">
        <w:rPr>
          <w:lang w:val="ru-RU"/>
        </w:rPr>
        <w:t> очищаем корпуса снаружи.</w:t>
      </w:r>
    </w:p>
    <w:p w14:paraId="625F59BC" w14:textId="77777777" w:rsidR="00E07841" w:rsidRPr="00E07841" w:rsidRDefault="00E07841" w:rsidP="00E07841">
      <w:pPr>
        <w:spacing w:after="0"/>
        <w:rPr>
          <w:lang w:val="ru-RU"/>
        </w:rPr>
      </w:pPr>
      <w:r w:rsidRPr="00E07841">
        <w:rPr>
          <w:b/>
          <w:bCs/>
          <w:lang w:val="ru-RU"/>
        </w:rPr>
        <w:t>Мягкая мебель и текстиль:</w:t>
      </w:r>
      <w:r w:rsidRPr="00E07841">
        <w:rPr>
          <w:lang w:val="ru-RU"/>
        </w:rPr>
        <w:t> очищаем мягкую мебель, ковры и напольные покрытия.</w:t>
      </w:r>
    </w:p>
    <w:p w14:paraId="7F027E59" w14:textId="77777777" w:rsidR="00E07841" w:rsidRPr="00E07841" w:rsidRDefault="00E07841" w:rsidP="00E07841">
      <w:pPr>
        <w:spacing w:after="0"/>
        <w:rPr>
          <w:lang w:val="ru-RU"/>
        </w:rPr>
      </w:pPr>
      <w:r w:rsidRPr="00E07841">
        <w:rPr>
          <w:b/>
          <w:bCs/>
          <w:lang w:val="ru-RU"/>
        </w:rPr>
        <w:t>Полы:</w:t>
      </w:r>
      <w:r w:rsidRPr="00E07841">
        <w:rPr>
          <w:lang w:val="ru-RU"/>
        </w:rPr>
        <w:t> пылесосим пространство под коврами, моем полы и плинтусы.</w:t>
      </w:r>
    </w:p>
    <w:p w14:paraId="1DB6229B" w14:textId="77777777" w:rsidR="00E07841" w:rsidRPr="00E07841" w:rsidRDefault="00E07841" w:rsidP="00E07841">
      <w:pPr>
        <w:spacing w:after="0"/>
        <w:rPr>
          <w:lang w:val="ru-RU"/>
        </w:rPr>
      </w:pPr>
      <w:r w:rsidRPr="00E07841">
        <w:rPr>
          <w:b/>
          <w:bCs/>
          <w:lang w:val="ru-RU"/>
        </w:rPr>
        <w:t>Порядок:</w:t>
      </w:r>
      <w:r w:rsidRPr="00E07841">
        <w:rPr>
          <w:lang w:val="ru-RU"/>
        </w:rPr>
        <w:t> раскладываем вещи по местам для аккуратного вида.</w:t>
      </w:r>
    </w:p>
    <w:p w14:paraId="6F5A5AF7" w14:textId="77777777" w:rsidR="00E07841" w:rsidRPr="00E07841" w:rsidRDefault="00E07841" w:rsidP="00E07841">
      <w:pPr>
        <w:spacing w:after="0"/>
        <w:rPr>
          <w:lang w:val="ru-RU"/>
        </w:rPr>
      </w:pPr>
      <w:r w:rsidRPr="00E07841">
        <w:rPr>
          <w:b/>
          <w:bCs/>
          <w:lang w:val="ru-RU"/>
        </w:rPr>
        <w:t>Входная группа:</w:t>
      </w:r>
      <w:r w:rsidRPr="00E07841">
        <w:rPr>
          <w:lang w:val="ru-RU"/>
        </w:rPr>
        <w:t xml:space="preserve"> чистим входную дверь и пол под </w:t>
      </w:r>
      <w:proofErr w:type="spellStart"/>
      <w:r w:rsidRPr="00E07841">
        <w:rPr>
          <w:lang w:val="ru-RU"/>
        </w:rPr>
        <w:t>придверным</w:t>
      </w:r>
      <w:proofErr w:type="spellEnd"/>
      <w:r w:rsidRPr="00E07841">
        <w:rPr>
          <w:lang w:val="ru-RU"/>
        </w:rPr>
        <w:t xml:space="preserve"> ковриком.</w:t>
      </w:r>
    </w:p>
    <w:p w14:paraId="78609A95" w14:textId="77777777" w:rsidR="00E07841" w:rsidRPr="00E07841" w:rsidRDefault="00E07841" w:rsidP="00E07841">
      <w:pPr>
        <w:spacing w:after="0"/>
        <w:rPr>
          <w:lang w:val="ru-RU"/>
        </w:rPr>
      </w:pPr>
      <w:r w:rsidRPr="00E07841">
        <w:rPr>
          <w:lang w:val="ru-RU"/>
        </w:rPr>
        <w:t>Кухонная зона</w:t>
      </w:r>
    </w:p>
    <w:p w14:paraId="2D1732DA" w14:textId="77777777" w:rsidR="00E07841" w:rsidRPr="00E07841" w:rsidRDefault="00E07841" w:rsidP="00E07841">
      <w:pPr>
        <w:spacing w:after="0"/>
        <w:rPr>
          <w:lang w:val="ru-RU"/>
        </w:rPr>
      </w:pPr>
      <w:r w:rsidRPr="00E07841">
        <w:rPr>
          <w:b/>
          <w:bCs/>
          <w:lang w:val="ru-RU"/>
        </w:rPr>
        <w:t>Кухонный гарнитур:</w:t>
      </w:r>
      <w:r w:rsidRPr="00E07841">
        <w:rPr>
          <w:lang w:val="ru-RU"/>
        </w:rPr>
        <w:t> протираем фасады на всю высоту и моем шкафчики внутри, если полки освобождены от вещей.</w:t>
      </w:r>
    </w:p>
    <w:p w14:paraId="6E069E3F" w14:textId="77777777" w:rsidR="00E07841" w:rsidRPr="00E07841" w:rsidRDefault="00E07841" w:rsidP="00E07841">
      <w:pPr>
        <w:spacing w:after="0"/>
        <w:rPr>
          <w:lang w:val="ru-RU"/>
        </w:rPr>
      </w:pPr>
      <w:r w:rsidRPr="00E07841">
        <w:rPr>
          <w:b/>
          <w:bCs/>
          <w:lang w:val="ru-RU"/>
        </w:rPr>
        <w:t>Рабочее пространство:</w:t>
      </w:r>
      <w:r w:rsidRPr="00E07841">
        <w:rPr>
          <w:lang w:val="ru-RU"/>
        </w:rPr>
        <w:t> моем и дезинфицируем кухонный фартук и столешницы.</w:t>
      </w:r>
    </w:p>
    <w:p w14:paraId="0EF1DAEA" w14:textId="77777777" w:rsidR="00E07841" w:rsidRPr="00E07841" w:rsidRDefault="00E07841" w:rsidP="00E07841">
      <w:pPr>
        <w:spacing w:after="0"/>
        <w:rPr>
          <w:lang w:val="ru-RU"/>
        </w:rPr>
      </w:pPr>
      <w:r w:rsidRPr="00E07841">
        <w:rPr>
          <w:b/>
          <w:bCs/>
          <w:lang w:val="ru-RU"/>
        </w:rPr>
        <w:t>Варочная панель:</w:t>
      </w:r>
      <w:r w:rsidRPr="00E07841">
        <w:rPr>
          <w:lang w:val="ru-RU"/>
        </w:rPr>
        <w:t> очищаем плиту и стену над ней.</w:t>
      </w:r>
    </w:p>
    <w:p w14:paraId="6F67F894" w14:textId="77777777" w:rsidR="00E07841" w:rsidRPr="00E07841" w:rsidRDefault="00E07841" w:rsidP="00E07841">
      <w:pPr>
        <w:spacing w:after="0"/>
        <w:rPr>
          <w:lang w:val="ru-RU"/>
        </w:rPr>
      </w:pPr>
      <w:r w:rsidRPr="00E07841">
        <w:rPr>
          <w:b/>
          <w:bCs/>
          <w:lang w:val="ru-RU"/>
        </w:rPr>
        <w:t>Бытовая техника:</w:t>
      </w:r>
      <w:r w:rsidRPr="00E07841">
        <w:rPr>
          <w:lang w:val="ru-RU"/>
        </w:rPr>
        <w:t> моем духовой шкаф, холодильник и микроволновую печь внутри и снаружи.</w:t>
      </w:r>
    </w:p>
    <w:p w14:paraId="02B8411A" w14:textId="77777777" w:rsidR="00E07841" w:rsidRPr="00E07841" w:rsidRDefault="00E07841" w:rsidP="00E07841">
      <w:pPr>
        <w:spacing w:after="0"/>
        <w:rPr>
          <w:lang w:val="ru-RU"/>
        </w:rPr>
      </w:pPr>
      <w:r w:rsidRPr="00E07841">
        <w:rPr>
          <w:b/>
          <w:bCs/>
          <w:lang w:val="ru-RU"/>
        </w:rPr>
        <w:t>Посуда:</w:t>
      </w:r>
      <w:r w:rsidRPr="00E07841">
        <w:rPr>
          <w:lang w:val="ru-RU"/>
        </w:rPr>
        <w:t> моем оставленную в раковине посуду до 10 минут.</w:t>
      </w:r>
    </w:p>
    <w:p w14:paraId="71A63552" w14:textId="77777777" w:rsidR="00E07841" w:rsidRPr="00E07841" w:rsidRDefault="00E07841" w:rsidP="00E07841">
      <w:pPr>
        <w:spacing w:after="0"/>
        <w:rPr>
          <w:lang w:val="ru-RU"/>
        </w:rPr>
      </w:pPr>
      <w:r w:rsidRPr="00E07841">
        <w:rPr>
          <w:lang w:val="ru-RU"/>
        </w:rPr>
        <w:t>Ванная комната</w:t>
      </w:r>
    </w:p>
    <w:p w14:paraId="10587172" w14:textId="77777777" w:rsidR="00E07841" w:rsidRPr="00E07841" w:rsidRDefault="00E07841" w:rsidP="00E07841">
      <w:pPr>
        <w:spacing w:after="0"/>
        <w:rPr>
          <w:lang w:val="ru-RU"/>
        </w:rPr>
      </w:pPr>
      <w:r w:rsidRPr="00E07841">
        <w:rPr>
          <w:b/>
          <w:bCs/>
          <w:lang w:val="ru-RU"/>
        </w:rPr>
        <w:t>Стены:</w:t>
      </w:r>
      <w:r w:rsidRPr="00E07841">
        <w:rPr>
          <w:lang w:val="ru-RU"/>
        </w:rPr>
        <w:t> удаляем загрязнения со стен на всю высоту.</w:t>
      </w:r>
    </w:p>
    <w:p w14:paraId="2C04E720" w14:textId="77777777" w:rsidR="00E07841" w:rsidRPr="00E07841" w:rsidRDefault="00E07841" w:rsidP="00E07841">
      <w:pPr>
        <w:spacing w:after="0"/>
        <w:rPr>
          <w:lang w:val="ru-RU"/>
        </w:rPr>
      </w:pPr>
      <w:r w:rsidRPr="00E07841">
        <w:rPr>
          <w:b/>
          <w:bCs/>
          <w:lang w:val="ru-RU"/>
        </w:rPr>
        <w:t>Плиточные швы:</w:t>
      </w:r>
      <w:r w:rsidRPr="00E07841">
        <w:rPr>
          <w:lang w:val="ru-RU"/>
        </w:rPr>
        <w:t xml:space="preserve"> глубоко очищаем </w:t>
      </w:r>
      <w:proofErr w:type="spellStart"/>
      <w:r w:rsidRPr="00E07841">
        <w:rPr>
          <w:lang w:val="ru-RU"/>
        </w:rPr>
        <w:t>межплиточные</w:t>
      </w:r>
      <w:proofErr w:type="spellEnd"/>
      <w:r w:rsidRPr="00E07841">
        <w:rPr>
          <w:lang w:val="ru-RU"/>
        </w:rPr>
        <w:t xml:space="preserve"> швы при необходимости с парогенератором.</w:t>
      </w:r>
    </w:p>
    <w:p w14:paraId="53237FC1" w14:textId="77777777" w:rsidR="00E07841" w:rsidRPr="00E07841" w:rsidRDefault="00E07841" w:rsidP="00E07841">
      <w:pPr>
        <w:spacing w:after="0"/>
        <w:rPr>
          <w:lang w:val="ru-RU"/>
        </w:rPr>
      </w:pPr>
      <w:r w:rsidRPr="00E07841">
        <w:rPr>
          <w:b/>
          <w:bCs/>
          <w:lang w:val="ru-RU"/>
        </w:rPr>
        <w:t>Сантехника:</w:t>
      </w:r>
      <w:r w:rsidRPr="00E07841">
        <w:rPr>
          <w:lang w:val="ru-RU"/>
        </w:rPr>
        <w:t> чистим и дезинфицируем раковины, унитазы, биде и смесители.</w:t>
      </w:r>
    </w:p>
    <w:p w14:paraId="13E8F3BF" w14:textId="77777777" w:rsidR="00E07841" w:rsidRPr="00E07841" w:rsidRDefault="00E07841" w:rsidP="00E07841">
      <w:pPr>
        <w:spacing w:after="0"/>
        <w:rPr>
          <w:lang w:val="ru-RU"/>
        </w:rPr>
      </w:pPr>
      <w:r w:rsidRPr="00E07841">
        <w:rPr>
          <w:b/>
          <w:bCs/>
          <w:lang w:val="ru-RU"/>
        </w:rPr>
        <w:t>Ванна и душ:</w:t>
      </w:r>
      <w:r w:rsidRPr="00E07841">
        <w:rPr>
          <w:lang w:val="ru-RU"/>
        </w:rPr>
        <w:t> моем ванну и душевую кабину до аккуратного состояния.</w:t>
      </w:r>
    </w:p>
    <w:p w14:paraId="6ADB97B0" w14:textId="77777777" w:rsidR="00E07841" w:rsidRPr="00E07841" w:rsidRDefault="00E07841" w:rsidP="00E07841">
      <w:pPr>
        <w:spacing w:after="0"/>
        <w:rPr>
          <w:lang w:val="ru-RU"/>
        </w:rPr>
      </w:pPr>
      <w:r w:rsidRPr="00E07841">
        <w:rPr>
          <w:lang w:val="ru-RU"/>
        </w:rPr>
        <w:t>Завершение</w:t>
      </w:r>
    </w:p>
    <w:p w14:paraId="055728B6" w14:textId="77777777" w:rsidR="00E07841" w:rsidRPr="00E07841" w:rsidRDefault="00E07841" w:rsidP="00E07841">
      <w:pPr>
        <w:spacing w:after="0"/>
        <w:rPr>
          <w:lang w:val="ru-RU"/>
        </w:rPr>
      </w:pPr>
      <w:r w:rsidRPr="00E07841">
        <w:rPr>
          <w:lang w:val="ru-RU"/>
        </w:rPr>
        <w:t>Выносим до 4 пакетов мусора по 60 л и дезинфицируем мусорные корзины.</w:t>
      </w:r>
    </w:p>
    <w:p w14:paraId="7BC185A3" w14:textId="77777777" w:rsidR="00E07841" w:rsidRPr="00E07841" w:rsidRDefault="00E07841" w:rsidP="00E07841">
      <w:pPr>
        <w:spacing w:after="0"/>
        <w:rPr>
          <w:lang w:val="ru-RU"/>
        </w:rPr>
      </w:pPr>
      <w:r w:rsidRPr="00E07841">
        <w:rPr>
          <w:lang w:val="ru-RU"/>
        </w:rPr>
        <w:t>Перемещаем лёгкую мебель только если её можно безопасно отодвинуть без риска повреждения пола и интерьера. Тяжёлая и крупногабаритная мебель остаётся на своих местах.</w:t>
      </w:r>
    </w:p>
    <w:p w14:paraId="0F18D772" w14:textId="3149A846" w:rsidR="00E07841" w:rsidRDefault="00E07841" w:rsidP="00E07841">
      <w:pPr>
        <w:spacing w:before="100" w:beforeAutospacing="1" w:after="100" w:afterAutospacing="1" w:line="240" w:lineRule="auto"/>
        <w:rPr>
          <w:lang w:val="ru-RU"/>
        </w:rPr>
      </w:pPr>
      <w:r>
        <w:rPr>
          <w:lang w:val="ru-RU"/>
        </w:rPr>
        <w:t>В УБОРКУ ПОСЛЕ РЕМОНТА:</w:t>
      </w:r>
    </w:p>
    <w:p w14:paraId="78C426B3" w14:textId="77777777" w:rsidR="00E07841" w:rsidRPr="00E07841" w:rsidRDefault="00E07841" w:rsidP="00E07841">
      <w:pPr>
        <w:spacing w:after="0"/>
        <w:rPr>
          <w:lang w:val="ru-RU"/>
        </w:rPr>
      </w:pPr>
      <w:r w:rsidRPr="00E07841">
        <w:rPr>
          <w:lang w:val="ru-RU"/>
        </w:rPr>
        <w:t>Общие жилые зоны</w:t>
      </w:r>
    </w:p>
    <w:p w14:paraId="180D9DF0" w14:textId="77777777" w:rsidR="00E07841" w:rsidRPr="00E07841" w:rsidRDefault="00E07841" w:rsidP="00E07841">
      <w:pPr>
        <w:spacing w:after="0"/>
        <w:rPr>
          <w:lang w:val="ru-RU"/>
        </w:rPr>
      </w:pPr>
      <w:r w:rsidRPr="00E07841">
        <w:rPr>
          <w:b/>
          <w:bCs/>
          <w:lang w:val="ru-RU"/>
        </w:rPr>
        <w:t>Обеспыливание:</w:t>
      </w:r>
      <w:r w:rsidRPr="00E07841">
        <w:rPr>
          <w:lang w:val="ru-RU"/>
        </w:rPr>
        <w:t> удаляем строительную пыль со стен, потолков, карнизов и кондиционеров снаружи.</w:t>
      </w:r>
    </w:p>
    <w:p w14:paraId="5D70ABDF" w14:textId="77777777" w:rsidR="00E07841" w:rsidRPr="00E07841" w:rsidRDefault="00E07841" w:rsidP="00E07841">
      <w:pPr>
        <w:spacing w:after="0"/>
        <w:rPr>
          <w:lang w:val="ru-RU"/>
        </w:rPr>
      </w:pPr>
      <w:r w:rsidRPr="00E07841">
        <w:rPr>
          <w:b/>
          <w:bCs/>
          <w:lang w:val="ru-RU"/>
        </w:rPr>
        <w:t>Светильники:</w:t>
      </w:r>
      <w:r w:rsidRPr="00E07841">
        <w:rPr>
          <w:lang w:val="ru-RU"/>
        </w:rPr>
        <w:t> моем хрустальные люстры и сложные настенные светильники на доступной высоте.</w:t>
      </w:r>
    </w:p>
    <w:p w14:paraId="467E5FE1" w14:textId="77777777" w:rsidR="00E07841" w:rsidRPr="00E07841" w:rsidRDefault="00E07841" w:rsidP="00E07841">
      <w:pPr>
        <w:spacing w:after="0"/>
        <w:rPr>
          <w:lang w:val="ru-RU"/>
        </w:rPr>
      </w:pPr>
      <w:r w:rsidRPr="00E07841">
        <w:rPr>
          <w:b/>
          <w:bCs/>
          <w:lang w:val="ru-RU"/>
        </w:rPr>
        <w:t>Детали:</w:t>
      </w:r>
      <w:r w:rsidRPr="00E07841">
        <w:rPr>
          <w:lang w:val="ru-RU"/>
        </w:rPr>
        <w:t> протираем фоторамки, часы, открытые полки, радиаторы, трубы, розетки и выключатели.</w:t>
      </w:r>
    </w:p>
    <w:p w14:paraId="79311AB8" w14:textId="77777777" w:rsidR="00E07841" w:rsidRPr="00E07841" w:rsidRDefault="00E07841" w:rsidP="00E07841">
      <w:pPr>
        <w:spacing w:after="0"/>
        <w:rPr>
          <w:lang w:val="ru-RU"/>
        </w:rPr>
      </w:pPr>
      <w:r w:rsidRPr="00E07841">
        <w:rPr>
          <w:b/>
          <w:bCs/>
          <w:lang w:val="ru-RU"/>
        </w:rPr>
        <w:t>Зеркала:</w:t>
      </w:r>
      <w:r w:rsidRPr="00E07841">
        <w:rPr>
          <w:lang w:val="ru-RU"/>
        </w:rPr>
        <w:t> чистим зеркальные поверхности во весь рост.</w:t>
      </w:r>
    </w:p>
    <w:p w14:paraId="6BDAF8D5" w14:textId="77777777" w:rsidR="00E07841" w:rsidRPr="00E07841" w:rsidRDefault="00E07841" w:rsidP="00E07841">
      <w:pPr>
        <w:spacing w:after="0"/>
        <w:rPr>
          <w:lang w:val="ru-RU"/>
        </w:rPr>
      </w:pPr>
      <w:r w:rsidRPr="00E07841">
        <w:rPr>
          <w:b/>
          <w:bCs/>
          <w:lang w:val="ru-RU"/>
        </w:rPr>
        <w:t>Входная зона:</w:t>
      </w:r>
      <w:r w:rsidRPr="00E07841">
        <w:rPr>
          <w:lang w:val="ru-RU"/>
        </w:rPr>
        <w:t xml:space="preserve"> моем входную дверь с обеих сторон и пространство под </w:t>
      </w:r>
      <w:proofErr w:type="spellStart"/>
      <w:r w:rsidRPr="00E07841">
        <w:rPr>
          <w:lang w:val="ru-RU"/>
        </w:rPr>
        <w:t>придверным</w:t>
      </w:r>
      <w:proofErr w:type="spellEnd"/>
      <w:r w:rsidRPr="00E07841">
        <w:rPr>
          <w:lang w:val="ru-RU"/>
        </w:rPr>
        <w:t xml:space="preserve"> ковриком.</w:t>
      </w:r>
    </w:p>
    <w:p w14:paraId="4A88E41C" w14:textId="77777777" w:rsidR="00E07841" w:rsidRPr="00E07841" w:rsidRDefault="00E07841" w:rsidP="00E07841">
      <w:pPr>
        <w:spacing w:after="0"/>
        <w:rPr>
          <w:lang w:val="ru-RU"/>
        </w:rPr>
      </w:pPr>
      <w:r w:rsidRPr="00E07841">
        <w:rPr>
          <w:b/>
          <w:bCs/>
          <w:lang w:val="ru-RU"/>
        </w:rPr>
        <w:t>Мягкая мебель:</w:t>
      </w:r>
      <w:r w:rsidRPr="00E07841">
        <w:rPr>
          <w:lang w:val="ru-RU"/>
        </w:rPr>
        <w:t> пылесосим диваны и кресла снаружи и внутри складок или ниш.</w:t>
      </w:r>
    </w:p>
    <w:p w14:paraId="00A3F332" w14:textId="77777777" w:rsidR="00E07841" w:rsidRPr="00E07841" w:rsidRDefault="00E07841" w:rsidP="00E07841">
      <w:pPr>
        <w:spacing w:after="0"/>
        <w:rPr>
          <w:lang w:val="ru-RU"/>
        </w:rPr>
      </w:pPr>
      <w:r w:rsidRPr="00E07841">
        <w:rPr>
          <w:b/>
          <w:bCs/>
          <w:lang w:val="ru-RU"/>
        </w:rPr>
        <w:t>Порядок:</w:t>
      </w:r>
      <w:r w:rsidRPr="00E07841">
        <w:rPr>
          <w:lang w:val="ru-RU"/>
        </w:rPr>
        <w:t> аккуратно раскладываем вещи по местам.</w:t>
      </w:r>
    </w:p>
    <w:p w14:paraId="2CB583A8" w14:textId="77777777" w:rsidR="00E07841" w:rsidRPr="00E07841" w:rsidRDefault="00E07841" w:rsidP="00E07841">
      <w:pPr>
        <w:spacing w:after="0"/>
        <w:rPr>
          <w:lang w:val="ru-RU"/>
        </w:rPr>
      </w:pPr>
      <w:r w:rsidRPr="00E07841">
        <w:rPr>
          <w:b/>
          <w:bCs/>
          <w:lang w:val="ru-RU"/>
        </w:rPr>
        <w:t>Полы:</w:t>
      </w:r>
      <w:r w:rsidRPr="00E07841">
        <w:rPr>
          <w:lang w:val="ru-RU"/>
        </w:rPr>
        <w:t> пылесосим под коврами, моем полы и плинтусы, удаляем остатки строительной пыли.</w:t>
      </w:r>
    </w:p>
    <w:p w14:paraId="4A888A3D" w14:textId="77777777" w:rsidR="00E07841" w:rsidRPr="00E07841" w:rsidRDefault="00E07841" w:rsidP="00E07841">
      <w:pPr>
        <w:spacing w:after="0"/>
        <w:rPr>
          <w:lang w:val="ru-RU"/>
        </w:rPr>
      </w:pPr>
      <w:r w:rsidRPr="00E07841">
        <w:rPr>
          <w:lang w:val="ru-RU"/>
        </w:rPr>
        <w:t>Глубокая очистка</w:t>
      </w:r>
    </w:p>
    <w:p w14:paraId="732C3311" w14:textId="77777777" w:rsidR="00E07841" w:rsidRPr="00E07841" w:rsidRDefault="00E07841" w:rsidP="00E07841">
      <w:pPr>
        <w:spacing w:after="0"/>
        <w:rPr>
          <w:lang w:val="ru-RU"/>
        </w:rPr>
      </w:pPr>
      <w:r w:rsidRPr="00E07841">
        <w:rPr>
          <w:b/>
          <w:bCs/>
          <w:lang w:val="ru-RU"/>
        </w:rPr>
        <w:t>Сложные пятна:</w:t>
      </w:r>
      <w:r w:rsidRPr="00E07841">
        <w:rPr>
          <w:lang w:val="ru-RU"/>
        </w:rPr>
        <w:t xml:space="preserve"> убираем следы затирки, краски, клея и </w:t>
      </w:r>
      <w:proofErr w:type="spellStart"/>
      <w:r w:rsidRPr="00E07841">
        <w:rPr>
          <w:lang w:val="ru-RU"/>
        </w:rPr>
        <w:t>послестроительный</w:t>
      </w:r>
      <w:proofErr w:type="spellEnd"/>
      <w:r w:rsidRPr="00E07841">
        <w:rPr>
          <w:lang w:val="ru-RU"/>
        </w:rPr>
        <w:t xml:space="preserve"> налёт с поверхностей.</w:t>
      </w:r>
    </w:p>
    <w:p w14:paraId="01B000BA" w14:textId="77777777" w:rsidR="00E07841" w:rsidRPr="00E07841" w:rsidRDefault="00E07841" w:rsidP="00E07841">
      <w:pPr>
        <w:spacing w:after="0"/>
        <w:rPr>
          <w:lang w:val="ru-RU"/>
        </w:rPr>
      </w:pPr>
      <w:r w:rsidRPr="00E07841">
        <w:rPr>
          <w:b/>
          <w:bCs/>
          <w:lang w:val="ru-RU"/>
        </w:rPr>
        <w:t>Парогенератор:</w:t>
      </w:r>
      <w:r w:rsidRPr="00E07841">
        <w:rPr>
          <w:lang w:val="ru-RU"/>
        </w:rPr>
        <w:t> используем профессиональный пар для труднодоступных мест и сильных загрязнений.</w:t>
      </w:r>
    </w:p>
    <w:p w14:paraId="58188243" w14:textId="77777777" w:rsidR="00E07841" w:rsidRPr="00E07841" w:rsidRDefault="00E07841" w:rsidP="00E07841">
      <w:pPr>
        <w:spacing w:after="0"/>
        <w:rPr>
          <w:lang w:val="ru-RU"/>
        </w:rPr>
      </w:pPr>
      <w:r w:rsidRPr="00E07841">
        <w:rPr>
          <w:b/>
          <w:bCs/>
          <w:lang w:val="ru-RU"/>
        </w:rPr>
        <w:t>Плиточные швы:</w:t>
      </w:r>
      <w:r w:rsidRPr="00E07841">
        <w:rPr>
          <w:lang w:val="ru-RU"/>
        </w:rPr>
        <w:t xml:space="preserve"> тщательно очищаем </w:t>
      </w:r>
      <w:proofErr w:type="spellStart"/>
      <w:r w:rsidRPr="00E07841">
        <w:rPr>
          <w:lang w:val="ru-RU"/>
        </w:rPr>
        <w:t>межплиточные</w:t>
      </w:r>
      <w:proofErr w:type="spellEnd"/>
      <w:r w:rsidRPr="00E07841">
        <w:rPr>
          <w:lang w:val="ru-RU"/>
        </w:rPr>
        <w:t xml:space="preserve"> швы при необходимости с паром.</w:t>
      </w:r>
    </w:p>
    <w:p w14:paraId="3F4A2201" w14:textId="77777777" w:rsidR="00E07841" w:rsidRPr="00E07841" w:rsidRDefault="00E07841" w:rsidP="00E07841">
      <w:pPr>
        <w:spacing w:after="0"/>
        <w:rPr>
          <w:lang w:val="ru-RU"/>
        </w:rPr>
      </w:pPr>
      <w:r w:rsidRPr="00E07841">
        <w:rPr>
          <w:lang w:val="ru-RU"/>
        </w:rPr>
        <w:t>Кухонная зона</w:t>
      </w:r>
    </w:p>
    <w:p w14:paraId="1A074CCB" w14:textId="77777777" w:rsidR="00E07841" w:rsidRPr="00E07841" w:rsidRDefault="00E07841" w:rsidP="00E07841">
      <w:pPr>
        <w:spacing w:after="0"/>
        <w:rPr>
          <w:lang w:val="ru-RU"/>
        </w:rPr>
      </w:pPr>
      <w:r w:rsidRPr="00E07841">
        <w:rPr>
          <w:b/>
          <w:bCs/>
          <w:lang w:val="ru-RU"/>
        </w:rPr>
        <w:t>Рабочая зона:</w:t>
      </w:r>
      <w:r w:rsidRPr="00E07841">
        <w:rPr>
          <w:lang w:val="ru-RU"/>
        </w:rPr>
        <w:t> моем и дезинфицируем фартук и столешницы.</w:t>
      </w:r>
    </w:p>
    <w:p w14:paraId="2519C5B7" w14:textId="77777777" w:rsidR="00E07841" w:rsidRPr="00E07841" w:rsidRDefault="00E07841" w:rsidP="00E07841">
      <w:pPr>
        <w:spacing w:after="0"/>
        <w:rPr>
          <w:lang w:val="ru-RU"/>
        </w:rPr>
      </w:pPr>
      <w:r w:rsidRPr="00E07841">
        <w:rPr>
          <w:b/>
          <w:bCs/>
          <w:lang w:val="ru-RU"/>
        </w:rPr>
        <w:t>Техника:</w:t>
      </w:r>
      <w:r w:rsidRPr="00E07841">
        <w:rPr>
          <w:lang w:val="ru-RU"/>
        </w:rPr>
        <w:t> полностью отмываем холодильник, духовку и микроволновую печь снаружи.</w:t>
      </w:r>
    </w:p>
    <w:p w14:paraId="68C2B945" w14:textId="77777777" w:rsidR="00E07841" w:rsidRPr="00E07841" w:rsidRDefault="00E07841" w:rsidP="00E07841">
      <w:pPr>
        <w:spacing w:after="0"/>
        <w:rPr>
          <w:lang w:val="ru-RU"/>
        </w:rPr>
      </w:pPr>
      <w:r w:rsidRPr="00E07841">
        <w:rPr>
          <w:b/>
          <w:bCs/>
          <w:lang w:val="ru-RU"/>
        </w:rPr>
        <w:t>Мебель:</w:t>
      </w:r>
      <w:r w:rsidRPr="00E07841">
        <w:rPr>
          <w:lang w:val="ru-RU"/>
        </w:rPr>
        <w:t> протираем фасады шкафов на всю высоту.</w:t>
      </w:r>
    </w:p>
    <w:p w14:paraId="114A8A53" w14:textId="77777777" w:rsidR="00E07841" w:rsidRPr="00E07841" w:rsidRDefault="00E07841" w:rsidP="00E07841">
      <w:pPr>
        <w:spacing w:after="0"/>
        <w:rPr>
          <w:lang w:val="ru-RU"/>
        </w:rPr>
      </w:pPr>
      <w:r w:rsidRPr="00E07841">
        <w:rPr>
          <w:lang w:val="ru-RU"/>
        </w:rPr>
        <w:t>Ванная комната</w:t>
      </w:r>
    </w:p>
    <w:p w14:paraId="73A94819" w14:textId="77777777" w:rsidR="00E07841" w:rsidRPr="00E07841" w:rsidRDefault="00E07841" w:rsidP="00E07841">
      <w:pPr>
        <w:spacing w:after="0"/>
        <w:rPr>
          <w:lang w:val="ru-RU"/>
        </w:rPr>
      </w:pPr>
      <w:r w:rsidRPr="00E07841">
        <w:rPr>
          <w:b/>
          <w:bCs/>
          <w:lang w:val="ru-RU"/>
        </w:rPr>
        <w:t>Сантехника:</w:t>
      </w:r>
      <w:r w:rsidRPr="00E07841">
        <w:rPr>
          <w:lang w:val="ru-RU"/>
        </w:rPr>
        <w:t> проводим полную чистку и дезинфекцию раковины, унитаза и смесителей.</w:t>
      </w:r>
    </w:p>
    <w:p w14:paraId="403FDEE5" w14:textId="77777777" w:rsidR="00E07841" w:rsidRPr="00E07841" w:rsidRDefault="00E07841" w:rsidP="00E07841">
      <w:pPr>
        <w:spacing w:after="0"/>
        <w:rPr>
          <w:lang w:val="ru-RU"/>
        </w:rPr>
      </w:pPr>
      <w:r w:rsidRPr="00E07841">
        <w:rPr>
          <w:b/>
          <w:bCs/>
          <w:lang w:val="ru-RU"/>
        </w:rPr>
        <w:t>Ванна и душ:</w:t>
      </w:r>
      <w:r w:rsidRPr="00E07841">
        <w:rPr>
          <w:lang w:val="ru-RU"/>
        </w:rPr>
        <w:t> моем ванну и душевую кабину, удаляя известковый налёт и остатки ремонта.</w:t>
      </w:r>
    </w:p>
    <w:p w14:paraId="6D56BBC0" w14:textId="77777777" w:rsidR="00E07841" w:rsidRPr="00E07841" w:rsidRDefault="00E07841" w:rsidP="00E07841">
      <w:pPr>
        <w:spacing w:after="0"/>
        <w:rPr>
          <w:lang w:val="ru-RU"/>
        </w:rPr>
      </w:pPr>
      <w:r w:rsidRPr="00E07841">
        <w:rPr>
          <w:lang w:val="ru-RU"/>
        </w:rPr>
        <w:t>Завершение</w:t>
      </w:r>
    </w:p>
    <w:p w14:paraId="336D964F" w14:textId="77777777" w:rsidR="00E07841" w:rsidRPr="00E07841" w:rsidRDefault="00E07841" w:rsidP="00E07841">
      <w:pPr>
        <w:spacing w:after="0"/>
        <w:rPr>
          <w:lang w:val="ru-RU"/>
        </w:rPr>
      </w:pPr>
      <w:r w:rsidRPr="00E07841">
        <w:rPr>
          <w:b/>
          <w:bCs/>
          <w:lang w:val="ru-RU"/>
        </w:rPr>
        <w:t>Утилизация:</w:t>
      </w:r>
      <w:r w:rsidRPr="00E07841">
        <w:rPr>
          <w:lang w:val="ru-RU"/>
        </w:rPr>
        <w:t> собираем и выносим до 4 пакетов строительного или бытового мусора по 60 л, дезинфицируем корзину.</w:t>
      </w:r>
    </w:p>
    <w:p w14:paraId="0E2C1B5C" w14:textId="4D2256E9" w:rsidR="00E07841" w:rsidRDefault="00E07841" w:rsidP="00E07841">
      <w:pPr>
        <w:spacing w:after="0"/>
        <w:rPr>
          <w:lang w:val="ru-RU"/>
        </w:rPr>
      </w:pPr>
      <w:r w:rsidRPr="00E07841">
        <w:rPr>
          <w:lang w:val="ru-RU"/>
        </w:rPr>
        <w:t>После ремонта промываем пол за мебелью только если её можно безопасно отодвинуть. Тяжёлая и крупногабаритная мебель остаётся на месте.</w:t>
      </w:r>
    </w:p>
    <w:p w14:paraId="2B2D7142" w14:textId="16C866B9" w:rsidR="00E07841" w:rsidRPr="00E07841" w:rsidRDefault="00E07841" w:rsidP="00E07841">
      <w:pPr>
        <w:rPr>
          <w:lang w:val="ru-RU"/>
        </w:rPr>
      </w:pPr>
      <w:r>
        <w:rPr>
          <w:lang w:val="ru-RU"/>
        </w:rPr>
        <w:t>ЧТО ВХОДИТ В МЫТЬЕ ОКОН:</w:t>
      </w:r>
    </w:p>
    <w:p w14:paraId="095EAB33" w14:textId="77777777" w:rsidR="00E07841" w:rsidRPr="00E07841" w:rsidRDefault="00E07841" w:rsidP="00E07841">
      <w:pPr>
        <w:spacing w:after="0"/>
        <w:rPr>
          <w:lang w:val="ru-RU"/>
        </w:rPr>
      </w:pPr>
      <w:r w:rsidRPr="00E07841">
        <w:rPr>
          <w:lang w:val="ru-RU"/>
        </w:rPr>
        <w:t>Моем окна без разводов.</w:t>
      </w:r>
    </w:p>
    <w:p w14:paraId="0FDA7C2D" w14:textId="77777777" w:rsidR="00E07841" w:rsidRPr="00E07841" w:rsidRDefault="00E07841" w:rsidP="00E07841">
      <w:pPr>
        <w:spacing w:after="0"/>
        <w:rPr>
          <w:lang w:val="ru-RU"/>
        </w:rPr>
      </w:pPr>
      <w:r w:rsidRPr="00E07841">
        <w:rPr>
          <w:lang w:val="ru-RU"/>
        </w:rPr>
        <w:t>Моем внешнюю сторону стеклопакетов при безопасном доступе.</w:t>
      </w:r>
    </w:p>
    <w:p w14:paraId="4BDA8A1C" w14:textId="77777777" w:rsidR="00E07841" w:rsidRPr="00E07841" w:rsidRDefault="00E07841" w:rsidP="00E07841">
      <w:pPr>
        <w:spacing w:after="0"/>
        <w:rPr>
          <w:lang w:val="ru-RU"/>
        </w:rPr>
      </w:pPr>
      <w:r w:rsidRPr="00E07841">
        <w:rPr>
          <w:lang w:val="ru-RU"/>
        </w:rPr>
        <w:t>Очищаем москитные сетки.</w:t>
      </w:r>
    </w:p>
    <w:p w14:paraId="19F1441E" w14:textId="77777777" w:rsidR="00E07841" w:rsidRPr="00E07841" w:rsidRDefault="00E07841" w:rsidP="00E07841">
      <w:pPr>
        <w:spacing w:after="0"/>
        <w:rPr>
          <w:lang w:val="ru-RU"/>
        </w:rPr>
      </w:pPr>
      <w:r w:rsidRPr="00E07841">
        <w:rPr>
          <w:lang w:val="ru-RU"/>
        </w:rPr>
        <w:t>Моем рамы, ручки и откосы.</w:t>
      </w:r>
    </w:p>
    <w:p w14:paraId="396D1537" w14:textId="05DD3464" w:rsidR="00E07841" w:rsidRDefault="00E07841" w:rsidP="00E07841">
      <w:pPr>
        <w:spacing w:after="0"/>
        <w:rPr>
          <w:lang w:val="ru-RU"/>
        </w:rPr>
      </w:pPr>
      <w:r w:rsidRPr="00E07841">
        <w:rPr>
          <w:lang w:val="ru-RU"/>
        </w:rPr>
        <w:t>Моем подоконник и убираем следы воды после работы.</w:t>
      </w:r>
    </w:p>
    <w:p w14:paraId="288B30D4" w14:textId="5A036605" w:rsidR="00E07841" w:rsidRDefault="00E07841" w:rsidP="00E07841">
      <w:pPr>
        <w:spacing w:before="240"/>
        <w:rPr>
          <w:lang w:val="ru-RU"/>
        </w:rPr>
      </w:pPr>
      <w:r>
        <w:rPr>
          <w:lang w:val="ru-RU"/>
        </w:rPr>
        <w:t>КАК ПРОВОДИТСЯ ХИМ.ЧИСТКА</w:t>
      </w:r>
    </w:p>
    <w:p w14:paraId="14A50D81" w14:textId="1F695FC1" w:rsidR="00E07841" w:rsidRPr="00E07841" w:rsidRDefault="00E07841" w:rsidP="00E07841">
      <w:pPr>
        <w:spacing w:after="0"/>
        <w:rPr>
          <w:lang w:val="ru-RU"/>
        </w:rPr>
      </w:pPr>
      <w:r w:rsidRPr="00E07841">
        <w:rPr>
          <w:lang w:val="ru-RU"/>
        </w:rPr>
        <w:t>Подготовка: осматриваем материал, тип ткани и загрязнения перед чисткой.</w:t>
      </w:r>
    </w:p>
    <w:p w14:paraId="1B03BC79" w14:textId="77777777" w:rsidR="00E07841" w:rsidRPr="00E07841" w:rsidRDefault="00E07841" w:rsidP="00E07841">
      <w:pPr>
        <w:spacing w:after="0"/>
        <w:rPr>
          <w:lang w:val="ru-RU"/>
        </w:rPr>
      </w:pPr>
      <w:r w:rsidRPr="00E07841">
        <w:rPr>
          <w:lang w:val="ru-RU"/>
        </w:rPr>
        <w:t>Сухая очистка: </w:t>
      </w:r>
      <w:proofErr w:type="spellStart"/>
      <w:r w:rsidRPr="00E07841">
        <w:rPr>
          <w:lang w:val="ru-RU"/>
        </w:rPr>
        <w:t>Karcher</w:t>
      </w:r>
      <w:proofErr w:type="spellEnd"/>
      <w:r w:rsidRPr="00E07841">
        <w:rPr>
          <w:lang w:val="ru-RU"/>
        </w:rPr>
        <w:t xml:space="preserve"> SE 3</w:t>
      </w:r>
    </w:p>
    <w:p w14:paraId="79622C2F" w14:textId="77777777" w:rsidR="00E07841" w:rsidRPr="00E07841" w:rsidRDefault="00E07841" w:rsidP="00E07841">
      <w:pPr>
        <w:spacing w:after="0"/>
        <w:rPr>
          <w:lang w:val="ru-RU"/>
        </w:rPr>
      </w:pPr>
      <w:r w:rsidRPr="00E07841">
        <w:rPr>
          <w:lang w:val="ru-RU"/>
        </w:rPr>
        <w:t>Средства: АНТИПЯТНОЛ-ПИГМЕНТ</w:t>
      </w:r>
    </w:p>
    <w:p w14:paraId="4645EE70" w14:textId="77777777" w:rsidR="00E07841" w:rsidRPr="00E07841" w:rsidRDefault="00E07841" w:rsidP="00E07841">
      <w:pPr>
        <w:spacing w:after="0"/>
        <w:rPr>
          <w:lang w:val="ru-RU"/>
        </w:rPr>
      </w:pPr>
      <w:r w:rsidRPr="00E07841">
        <w:rPr>
          <w:lang w:val="ru-RU"/>
        </w:rPr>
        <w:t>Пятна: </w:t>
      </w:r>
      <w:proofErr w:type="spellStart"/>
      <w:r w:rsidRPr="00E07841">
        <w:rPr>
          <w:lang w:val="ru-RU"/>
        </w:rPr>
        <w:t>Karcher</w:t>
      </w:r>
      <w:proofErr w:type="spellEnd"/>
      <w:r w:rsidRPr="00E07841">
        <w:rPr>
          <w:lang w:val="ru-RU"/>
        </w:rPr>
        <w:t xml:space="preserve"> RM 519</w:t>
      </w:r>
    </w:p>
    <w:p w14:paraId="03D91B61" w14:textId="77777777" w:rsidR="00E07841" w:rsidRPr="00E07841" w:rsidRDefault="00E07841" w:rsidP="00E07841">
      <w:pPr>
        <w:spacing w:after="0"/>
        <w:rPr>
          <w:lang w:val="ru-RU"/>
        </w:rPr>
      </w:pPr>
      <w:r w:rsidRPr="00E07841">
        <w:rPr>
          <w:lang w:val="ru-RU"/>
        </w:rPr>
        <w:t>Механическая обработка</w:t>
      </w:r>
    </w:p>
    <w:p w14:paraId="3AFBFFCD" w14:textId="77777777" w:rsidR="00E07841" w:rsidRPr="00E07841" w:rsidRDefault="00E07841" w:rsidP="00E07841">
      <w:pPr>
        <w:spacing w:after="0"/>
        <w:rPr>
          <w:lang w:val="ru-RU"/>
        </w:rPr>
      </w:pPr>
      <w:r w:rsidRPr="00E07841">
        <w:rPr>
          <w:lang w:val="ru-RU"/>
        </w:rPr>
        <w:t>Промывка: Чистая вода SE 3</w:t>
      </w:r>
    </w:p>
    <w:p w14:paraId="709131B6" w14:textId="77777777" w:rsidR="00E07841" w:rsidRPr="00E07841" w:rsidRDefault="00E07841" w:rsidP="00E07841">
      <w:pPr>
        <w:spacing w:after="0"/>
        <w:rPr>
          <w:lang w:val="ru-RU"/>
        </w:rPr>
      </w:pPr>
      <w:proofErr w:type="spellStart"/>
      <w:r w:rsidRPr="00E07841">
        <w:rPr>
          <w:lang w:val="ru-RU"/>
        </w:rPr>
        <w:t>эстракция</w:t>
      </w:r>
      <w:proofErr w:type="spellEnd"/>
      <w:r w:rsidRPr="00E07841">
        <w:rPr>
          <w:lang w:val="ru-RU"/>
        </w:rPr>
        <w:t xml:space="preserve"> загрязнений</w:t>
      </w:r>
    </w:p>
    <w:p w14:paraId="0D2D15F2" w14:textId="77777777" w:rsidR="00E07841" w:rsidRPr="00E07841" w:rsidRDefault="00E07841" w:rsidP="00E07841">
      <w:pPr>
        <w:spacing w:after="0"/>
        <w:rPr>
          <w:lang w:val="ru-RU"/>
        </w:rPr>
      </w:pPr>
      <w:proofErr w:type="spellStart"/>
      <w:proofErr w:type="gramStart"/>
      <w:r w:rsidRPr="00E07841">
        <w:rPr>
          <w:lang w:val="ru-RU"/>
        </w:rPr>
        <w:t>Завершение:Контроль</w:t>
      </w:r>
      <w:proofErr w:type="spellEnd"/>
      <w:proofErr w:type="gramEnd"/>
      <w:r w:rsidRPr="00E07841">
        <w:rPr>
          <w:lang w:val="ru-RU"/>
        </w:rPr>
        <w:t xml:space="preserve"> влажности</w:t>
      </w:r>
    </w:p>
    <w:p w14:paraId="122F93E2" w14:textId="45B66609" w:rsidR="00E07841" w:rsidRPr="00E07841" w:rsidRDefault="00E07841" w:rsidP="00E07841">
      <w:pPr>
        <w:spacing w:after="0"/>
        <w:rPr>
          <w:lang w:val="ru-RU"/>
        </w:rPr>
      </w:pPr>
      <w:r w:rsidRPr="00E07841">
        <w:rPr>
          <w:lang w:val="ru-RU"/>
        </w:rPr>
        <w:t>контроль чистоты поверхности</w:t>
      </w:r>
    </w:p>
    <w:p w14:paraId="71C95035" w14:textId="42863794" w:rsidR="00E07841" w:rsidRDefault="00E07841" w:rsidP="00E07841">
      <w:pPr>
        <w:spacing w:before="100" w:beforeAutospacing="1" w:after="100" w:afterAutospacing="1" w:line="240" w:lineRule="auto"/>
        <w:rPr>
          <w:lang w:val="ru-RU"/>
        </w:rPr>
      </w:pPr>
      <w:r>
        <w:rPr>
          <w:lang w:val="ru-RU"/>
        </w:rPr>
        <w:t>ОФИСЫ И КАБИНЕТЫ:</w:t>
      </w:r>
    </w:p>
    <w:p w14:paraId="6F861B8C" w14:textId="77777777" w:rsidR="00E07841" w:rsidRPr="00E07841" w:rsidRDefault="00E07841" w:rsidP="00E07841">
      <w:pPr>
        <w:spacing w:after="0"/>
        <w:rPr>
          <w:lang w:val="ru-RU"/>
        </w:rPr>
      </w:pPr>
      <w:r w:rsidRPr="00E07841">
        <w:rPr>
          <w:lang w:val="ru-RU"/>
        </w:rPr>
        <w:t>Рабочие зоны</w:t>
      </w:r>
    </w:p>
    <w:p w14:paraId="06DBC040" w14:textId="77777777" w:rsidR="00E07841" w:rsidRPr="00E07841" w:rsidRDefault="00E07841" w:rsidP="00E07841">
      <w:pPr>
        <w:spacing w:after="0"/>
        <w:rPr>
          <w:lang w:val="ru-RU"/>
        </w:rPr>
      </w:pPr>
      <w:r w:rsidRPr="00E07841">
        <w:rPr>
          <w:lang w:val="ru-RU"/>
        </w:rPr>
        <w:t>Протираем столы, подоконники, полки и доступные поверхности.</w:t>
      </w:r>
    </w:p>
    <w:p w14:paraId="376B0A6D" w14:textId="77777777" w:rsidR="00E07841" w:rsidRPr="00E07841" w:rsidRDefault="00E07841" w:rsidP="00E07841">
      <w:pPr>
        <w:spacing w:after="0"/>
        <w:rPr>
          <w:lang w:val="ru-RU"/>
        </w:rPr>
      </w:pPr>
      <w:r w:rsidRPr="00E07841">
        <w:rPr>
          <w:lang w:val="ru-RU"/>
        </w:rPr>
        <w:t>Убираем переговорные, кабинеты и места общего пользования.</w:t>
      </w:r>
    </w:p>
    <w:p w14:paraId="207BD3C3" w14:textId="77777777" w:rsidR="00E07841" w:rsidRPr="00E07841" w:rsidRDefault="00E07841" w:rsidP="00E07841">
      <w:pPr>
        <w:spacing w:after="0"/>
        <w:rPr>
          <w:lang w:val="ru-RU"/>
        </w:rPr>
      </w:pPr>
      <w:r w:rsidRPr="00E07841">
        <w:rPr>
          <w:lang w:val="ru-RU"/>
        </w:rPr>
        <w:t>Протираем двери, ручки, выключатели и зоны частого касания.</w:t>
      </w:r>
    </w:p>
    <w:p w14:paraId="4977A35A" w14:textId="77777777" w:rsidR="00E07841" w:rsidRPr="00E07841" w:rsidRDefault="00E07841" w:rsidP="00E07841">
      <w:pPr>
        <w:spacing w:after="0"/>
        <w:rPr>
          <w:lang w:val="ru-RU"/>
        </w:rPr>
      </w:pPr>
      <w:r w:rsidRPr="00E07841">
        <w:rPr>
          <w:lang w:val="ru-RU"/>
        </w:rPr>
        <w:t>Кухня, санузел и завершение</w:t>
      </w:r>
    </w:p>
    <w:p w14:paraId="0DC2806D" w14:textId="77777777" w:rsidR="00E07841" w:rsidRPr="00E07841" w:rsidRDefault="00E07841" w:rsidP="00E07841">
      <w:pPr>
        <w:spacing w:after="0"/>
        <w:rPr>
          <w:lang w:val="ru-RU"/>
        </w:rPr>
      </w:pPr>
      <w:r w:rsidRPr="00E07841">
        <w:rPr>
          <w:lang w:val="ru-RU"/>
        </w:rPr>
        <w:t>Моем полы, входную зону и проходные участки.</w:t>
      </w:r>
    </w:p>
    <w:p w14:paraId="79C58912" w14:textId="77777777" w:rsidR="00E07841" w:rsidRPr="00E07841" w:rsidRDefault="00E07841" w:rsidP="00E07841">
      <w:pPr>
        <w:spacing w:after="0"/>
        <w:rPr>
          <w:lang w:val="ru-RU"/>
        </w:rPr>
      </w:pPr>
      <w:r w:rsidRPr="00E07841">
        <w:rPr>
          <w:lang w:val="ru-RU"/>
        </w:rPr>
        <w:t>Чистим кухонную зону, раковины и санузлы.</w:t>
      </w:r>
    </w:p>
    <w:p w14:paraId="320F0CF2" w14:textId="6C4D33F0" w:rsidR="00E07841" w:rsidRPr="00E07841" w:rsidRDefault="00E07841" w:rsidP="00E07841">
      <w:pPr>
        <w:rPr>
          <w:lang w:val="ru-RU"/>
        </w:rPr>
      </w:pPr>
      <w:r w:rsidRPr="00E07841">
        <w:rPr>
          <w:lang w:val="ru-RU"/>
        </w:rPr>
        <w:t>Выносим мусор и поддерживаем расходники по договорённости.</w:t>
      </w:r>
    </w:p>
    <w:p w14:paraId="37CBFECE" w14:textId="77777777" w:rsidR="00153B57" w:rsidRPr="00E07841" w:rsidRDefault="00F67EEC">
      <w:pPr>
        <w:pStyle w:val="1"/>
        <w:spacing w:before="120" w:after="60"/>
        <w:rPr>
          <w:lang w:val="ru-RU"/>
        </w:rPr>
      </w:pPr>
      <w:r w:rsidRPr="00E07841">
        <w:rPr>
          <w:rFonts w:ascii="Times New Roman" w:eastAsia="Times New Roman" w:hAnsi="Times New Roman"/>
          <w:lang w:val="ru-RU"/>
        </w:rPr>
        <w:t>3. Что не входит в уборку по умолчанию</w:t>
      </w:r>
    </w:p>
    <w:p w14:paraId="27FB03D9" w14:textId="77777777" w:rsidR="00153B57" w:rsidRPr="00E07841" w:rsidRDefault="00F67EEC">
      <w:pPr>
        <w:spacing w:after="0"/>
        <w:rPr>
          <w:lang w:val="ru-RU"/>
        </w:rPr>
      </w:pPr>
      <w:r w:rsidRPr="00E07841">
        <w:rPr>
          <w:lang w:val="ru-RU"/>
        </w:rPr>
        <w:t>Дополнительные пожелания Заказчика, нестандартные зоны, специальные загрязнения, работы вне базового объема и иные особые условия согласовываются отдельно и оплачиваются дополнительно. По умолчанию в услуги не входят:</w:t>
      </w:r>
    </w:p>
    <w:p w14:paraId="63CF5B98" w14:textId="77777777" w:rsidR="00153B57" w:rsidRPr="00E07841" w:rsidRDefault="00F67EEC">
      <w:pPr>
        <w:spacing w:after="0"/>
        <w:rPr>
          <w:lang w:val="ru-RU"/>
        </w:rPr>
      </w:pPr>
      <w:r w:rsidRPr="00E07841">
        <w:rPr>
          <w:lang w:val="ru-RU"/>
        </w:rPr>
        <w:t>мытье наружных оконных поверхностей, фасадного остекления, балконов, лоджий с внешней стороны, а также любые работы, требующие выхода за пределы помещения, использования страховочного оборудования, стремянок выше бытового уровня или специальных допусков;</w:t>
      </w:r>
    </w:p>
    <w:p w14:paraId="24F9C62A" w14:textId="77777777" w:rsidR="00153B57" w:rsidRPr="00E07841" w:rsidRDefault="00F67EEC">
      <w:pPr>
        <w:spacing w:after="0"/>
        <w:rPr>
          <w:lang w:val="ru-RU"/>
        </w:rPr>
      </w:pPr>
      <w:r w:rsidRPr="00E07841">
        <w:rPr>
          <w:lang w:val="ru-RU"/>
        </w:rPr>
        <w:t>уборка после капитального ремонта, строительных, монтажных, демонтажных работ, удаление цемента, краски, монтажной пены, эпоксидных составов, следов затирки и иных специальных загрязнений;</w:t>
      </w:r>
    </w:p>
    <w:p w14:paraId="1D33FAF9" w14:textId="77777777" w:rsidR="00153B57" w:rsidRPr="00E07841" w:rsidRDefault="00F67EEC">
      <w:pPr>
        <w:spacing w:after="0"/>
        <w:rPr>
          <w:lang w:val="ru-RU"/>
        </w:rPr>
      </w:pPr>
      <w:r w:rsidRPr="00E07841">
        <w:rPr>
          <w:lang w:val="ru-RU"/>
        </w:rPr>
        <w:t>устранение плесени, грибка, биологических загрязнений, крови, ртутьсодержащих веществ, химически опасных веществ, едких запахов, следов жизнедеятельности животных в объеме, требующем специальных средств защиты и специальных технологий;</w:t>
      </w:r>
    </w:p>
    <w:p w14:paraId="6E2FE165" w14:textId="77777777" w:rsidR="00153B57" w:rsidRPr="00E07841" w:rsidRDefault="00F67EEC">
      <w:pPr>
        <w:spacing w:after="0"/>
        <w:rPr>
          <w:lang w:val="ru-RU"/>
        </w:rPr>
      </w:pPr>
      <w:r w:rsidRPr="00E07841">
        <w:rPr>
          <w:lang w:val="ru-RU"/>
        </w:rPr>
        <w:t>перемещение тяжелой мебели, техники, сейфов, аквариумов, предметов интерьера и иного имущества, если это связано с риском повреждения имущества либо превышает обычную бытовую нагрузку;</w:t>
      </w:r>
    </w:p>
    <w:p w14:paraId="3DE6CFB6" w14:textId="77777777" w:rsidR="00153B57" w:rsidRPr="00E07841" w:rsidRDefault="00F67EEC">
      <w:pPr>
        <w:spacing w:after="0"/>
        <w:rPr>
          <w:lang w:val="ru-RU"/>
        </w:rPr>
      </w:pPr>
      <w:r w:rsidRPr="00E07841">
        <w:rPr>
          <w:lang w:val="ru-RU"/>
        </w:rPr>
        <w:t>разбор личных вещей, сортировка документов, ювелирных изделий, наличных денежных средств, лекарств, оружия, ключей, паролей, кодов доступа и иных ценных либо чувствительных объектов;</w:t>
      </w:r>
    </w:p>
    <w:p w14:paraId="5ABB41DF" w14:textId="77777777" w:rsidR="00153B57" w:rsidRPr="00E07841" w:rsidRDefault="00F67EEC">
      <w:pPr>
        <w:spacing w:after="0"/>
        <w:rPr>
          <w:lang w:val="ru-RU"/>
        </w:rPr>
      </w:pPr>
      <w:r w:rsidRPr="00E07841">
        <w:rPr>
          <w:lang w:val="ru-RU"/>
        </w:rPr>
        <w:t>химчистка, стирка, глажка, разбор гардероба, мытье посуды, уборка внутри бытовой техники, внутри шкафов, внутри холодильника, внутри духовки, если такие работы не включены в заказ отдельно;</w:t>
      </w:r>
    </w:p>
    <w:p w14:paraId="5CDAF029" w14:textId="77777777" w:rsidR="00153B57" w:rsidRPr="00E07841" w:rsidRDefault="00F67EEC">
      <w:pPr>
        <w:spacing w:after="0"/>
        <w:rPr>
          <w:lang w:val="ru-RU"/>
        </w:rPr>
      </w:pPr>
      <w:r w:rsidRPr="00E07841">
        <w:rPr>
          <w:lang w:val="ru-RU"/>
        </w:rPr>
        <w:t>работы вне пределов согласованного объекта, а также работы в помещениях или зонах, о которых Заказчик не сообщил при оформлении заказа.</w:t>
      </w:r>
    </w:p>
    <w:p w14:paraId="563C412A" w14:textId="77777777" w:rsidR="00153B57" w:rsidRPr="00E07841" w:rsidRDefault="00F67EEC">
      <w:pPr>
        <w:pStyle w:val="1"/>
        <w:spacing w:before="120" w:after="60"/>
        <w:rPr>
          <w:lang w:val="ru-RU"/>
        </w:rPr>
      </w:pPr>
      <w:r w:rsidRPr="00E07841">
        <w:rPr>
          <w:rFonts w:ascii="Times New Roman" w:eastAsia="Times New Roman" w:hAnsi="Times New Roman"/>
          <w:lang w:val="ru-RU"/>
        </w:rPr>
        <w:t>4. Условия допуска к оказанию услуг</w:t>
      </w:r>
    </w:p>
    <w:p w14:paraId="609CD427" w14:textId="77777777" w:rsidR="00153B57" w:rsidRPr="00E07841" w:rsidRDefault="00F67EEC">
      <w:pPr>
        <w:spacing w:after="0"/>
        <w:rPr>
          <w:lang w:val="ru-RU"/>
        </w:rPr>
      </w:pPr>
      <w:r w:rsidRPr="00E07841">
        <w:rPr>
          <w:lang w:val="ru-RU"/>
        </w:rPr>
        <w:t>К началу оказания услуг Заказчик обязан обеспечить доступ на объект, наличие воды, электроэнергии, освещения и безопасных условий для выполнения работ.</w:t>
      </w:r>
    </w:p>
    <w:p w14:paraId="7B83CB95" w14:textId="77777777" w:rsidR="00153B57" w:rsidRPr="00E07841" w:rsidRDefault="00F67EEC">
      <w:pPr>
        <w:spacing w:after="0"/>
        <w:rPr>
          <w:lang w:val="ru-RU"/>
        </w:rPr>
      </w:pPr>
      <w:r w:rsidRPr="00E07841">
        <w:rPr>
          <w:lang w:val="ru-RU"/>
        </w:rPr>
        <w:t>Заказчик обязан заранее сообщить Исполнителю о пропускном режиме, домофоне, ограничениях по парковке, наличии животных, специальных покрытиях, хрупких предметах, реставрационных материалах, дорогостоящей технике, скрытых дефектах и иных обстоятельствах, способных повлиять на качество либо безопасность оказания услуг.</w:t>
      </w:r>
    </w:p>
    <w:p w14:paraId="0A261728" w14:textId="77777777" w:rsidR="00153B57" w:rsidRPr="00E07841" w:rsidRDefault="00F67EEC">
      <w:pPr>
        <w:spacing w:after="0"/>
        <w:rPr>
          <w:lang w:val="ru-RU"/>
        </w:rPr>
      </w:pPr>
      <w:r w:rsidRPr="00E07841">
        <w:rPr>
          <w:lang w:val="ru-RU"/>
        </w:rPr>
        <w:t>Заказчик обязан убрать либо специально обозначить наличные денежные средства, украшения, документы, ключи, печати, носители информации и иные особо ценные предметы. Исполнитель не осуществляет инвентаризацию имущества Заказчика и не принимает на себя функции хранения таких предметов.</w:t>
      </w:r>
    </w:p>
    <w:p w14:paraId="72530F1A" w14:textId="77777777" w:rsidR="00153B57" w:rsidRPr="00E07841" w:rsidRDefault="00F67EEC">
      <w:pPr>
        <w:spacing w:after="0"/>
        <w:rPr>
          <w:lang w:val="ru-RU"/>
        </w:rPr>
      </w:pPr>
      <w:r w:rsidRPr="00E07841">
        <w:rPr>
          <w:lang w:val="ru-RU"/>
        </w:rPr>
        <w:t>Если для оказания услуг требуются особые чистящие средства, оборудование, расходные материалы либо гипоаллергенные составы, это должно быть прямо согласовано до подтверждения заказа.</w:t>
      </w:r>
    </w:p>
    <w:p w14:paraId="777753C6" w14:textId="77777777" w:rsidR="00153B57" w:rsidRPr="00E07841" w:rsidRDefault="00F67EEC">
      <w:pPr>
        <w:pStyle w:val="1"/>
        <w:spacing w:before="120" w:after="60"/>
        <w:rPr>
          <w:lang w:val="ru-RU"/>
        </w:rPr>
      </w:pPr>
      <w:r w:rsidRPr="00E07841">
        <w:rPr>
          <w:rFonts w:ascii="Times New Roman" w:eastAsia="Times New Roman" w:hAnsi="Times New Roman"/>
          <w:lang w:val="ru-RU"/>
        </w:rPr>
        <w:t>5. Порядок оказания услуг и приемка</w:t>
      </w:r>
    </w:p>
    <w:p w14:paraId="37D5D289" w14:textId="77777777" w:rsidR="00153B57" w:rsidRPr="00E07841" w:rsidRDefault="00F67EEC">
      <w:pPr>
        <w:spacing w:after="0"/>
        <w:rPr>
          <w:lang w:val="ru-RU"/>
        </w:rPr>
      </w:pPr>
      <w:r w:rsidRPr="00E07841">
        <w:rPr>
          <w:lang w:val="ru-RU"/>
        </w:rPr>
        <w:t>Услуги оказываются в согласованные дату и временной интервал. Допустимое время ожидания доступа на объект составляет 60 минут с момента прибытия привлеченного исполнителя по адресу объекта. Если задержка предоставления доступа превышает 60 минут и Исполнитель согласен продолжить ожидание, время ожидания сверх первого часа оплачивается Заказчиком в размере 10% от цены конкретного заказа за каждый полный час просрочки. По истечении первого часа при непредоставлении доступа Исполнитель вправе считать оказание услуг невозможным по обстоятельствам, зависящим от Заказчика.</w:t>
      </w:r>
    </w:p>
    <w:p w14:paraId="20FA9223" w14:textId="77777777" w:rsidR="00153B57" w:rsidRPr="00E07841" w:rsidRDefault="00F67EEC">
      <w:pPr>
        <w:spacing w:after="0"/>
        <w:rPr>
          <w:lang w:val="ru-RU"/>
        </w:rPr>
      </w:pPr>
      <w:r w:rsidRPr="00E07841">
        <w:rPr>
          <w:lang w:val="ru-RU"/>
        </w:rPr>
        <w:t xml:space="preserve">Исполнитель вправе фиксировать факт прибытия, начала и завершения оказания услуг в информационной системе, мобильном приложении, </w:t>
      </w:r>
      <w:r>
        <w:t>CRM</w:t>
      </w:r>
      <w:r w:rsidRPr="00E07841">
        <w:rPr>
          <w:lang w:val="ru-RU"/>
        </w:rPr>
        <w:t>, мессенджере либо иным согласованным способом.</w:t>
      </w:r>
    </w:p>
    <w:p w14:paraId="47C4FD50" w14:textId="77777777" w:rsidR="00153B57" w:rsidRPr="00E07841" w:rsidRDefault="00F67EEC">
      <w:pPr>
        <w:spacing w:after="0"/>
        <w:rPr>
          <w:lang w:val="ru-RU"/>
        </w:rPr>
      </w:pPr>
      <w:r w:rsidRPr="00E07841">
        <w:rPr>
          <w:lang w:val="ru-RU"/>
        </w:rPr>
        <w:t>По завершении уборки Заказчик обязан в разумный срок осмотреть объект и заявить замечания без неоправданной задержки. При отсутствии мотивированных замечаний, заявленных непосредственно после осмотра либо в пределах гарантийного срока по качеству, услуги считаются оказанными надлежащим образом в объеме видимых результатов.</w:t>
      </w:r>
    </w:p>
    <w:p w14:paraId="6B36D388" w14:textId="77777777" w:rsidR="00153B57" w:rsidRPr="00E07841" w:rsidRDefault="00F67EEC">
      <w:pPr>
        <w:spacing w:after="0"/>
        <w:rPr>
          <w:lang w:val="ru-RU"/>
        </w:rPr>
      </w:pPr>
      <w:r w:rsidRPr="00E07841">
        <w:rPr>
          <w:lang w:val="ru-RU"/>
        </w:rPr>
        <w:t>Замечания Заказчика должны содержать описание недостатка, по возможности — фото- или видеофиксацию, а также указание на конкретную зону и конкретный элемент услуги.</w:t>
      </w:r>
    </w:p>
    <w:p w14:paraId="315DF0B5" w14:textId="77777777" w:rsidR="00153B57" w:rsidRPr="00E07841" w:rsidRDefault="00F67EEC">
      <w:pPr>
        <w:pStyle w:val="1"/>
        <w:spacing w:before="120" w:after="60"/>
        <w:rPr>
          <w:lang w:val="ru-RU"/>
        </w:rPr>
      </w:pPr>
      <w:r w:rsidRPr="00E07841">
        <w:rPr>
          <w:rFonts w:ascii="Times New Roman" w:eastAsia="Times New Roman" w:hAnsi="Times New Roman"/>
          <w:lang w:val="ru-RU"/>
        </w:rPr>
        <w:t>6. Гарантии качества и срок предъявления претензий</w:t>
      </w:r>
    </w:p>
    <w:p w14:paraId="7BE82398" w14:textId="77777777" w:rsidR="00153B57" w:rsidRPr="00E07841" w:rsidRDefault="00F67EEC">
      <w:pPr>
        <w:spacing w:after="0"/>
        <w:rPr>
          <w:lang w:val="ru-RU"/>
        </w:rPr>
      </w:pPr>
      <w:r w:rsidRPr="00E07841">
        <w:rPr>
          <w:lang w:val="ru-RU"/>
        </w:rPr>
        <w:t>Исполнитель гарантирует, что услуги будут оказаны добросовестно, в объеме, согласованном заказом, с применением обычных для бытовой уборки средств и методов.</w:t>
      </w:r>
    </w:p>
    <w:p w14:paraId="13AA883D" w14:textId="557A08F4" w:rsidR="00153B57" w:rsidRPr="00E07841" w:rsidRDefault="00F67EEC">
      <w:pPr>
        <w:spacing w:after="0"/>
        <w:rPr>
          <w:lang w:val="ru-RU"/>
        </w:rPr>
      </w:pPr>
      <w:r w:rsidRPr="00E07841">
        <w:rPr>
          <w:lang w:val="ru-RU"/>
        </w:rPr>
        <w:t xml:space="preserve">Гарантийный срок по качеству результата составляет </w:t>
      </w:r>
      <w:r w:rsidR="006A4C5A">
        <w:rPr>
          <w:lang w:val="ru-RU"/>
        </w:rPr>
        <w:t>12</w:t>
      </w:r>
      <w:r w:rsidRPr="00E07841">
        <w:rPr>
          <w:lang w:val="ru-RU"/>
        </w:rPr>
        <w:t xml:space="preserve"> рабочий </w:t>
      </w:r>
      <w:r w:rsidR="006A4C5A">
        <w:rPr>
          <w:lang w:val="ru-RU"/>
        </w:rPr>
        <w:t>часов</w:t>
      </w:r>
      <w:r w:rsidRPr="00E07841">
        <w:rPr>
          <w:lang w:val="ru-RU"/>
        </w:rPr>
        <w:t xml:space="preserve"> с момента оказания услуг и сдачи объекта Заказчику.</w:t>
      </w:r>
    </w:p>
    <w:p w14:paraId="1039561E" w14:textId="77777777" w:rsidR="00153B57" w:rsidRPr="00E07841" w:rsidRDefault="00F67EEC">
      <w:pPr>
        <w:spacing w:after="0"/>
        <w:rPr>
          <w:lang w:val="ru-RU"/>
        </w:rPr>
      </w:pPr>
      <w:r w:rsidRPr="00E07841">
        <w:rPr>
          <w:lang w:val="ru-RU"/>
        </w:rPr>
        <w:t>Заказчик вправе направить мотивированную претензию по качеству услуг в течение 2 рабочих дней с момента оказания услуг и сдачи объекта. По результатам рассмотрения претензии Исполнитель по своему выбору: а) организует безвозмездное устранение подтвержденных недостатков в согласованный срок; либо б) предоставит соразмерное уменьшение цены; либо в) совершит иной способ урегулирования, допустимый законом и согласованный с Заказчиком.</w:t>
      </w:r>
    </w:p>
    <w:p w14:paraId="02A97B18" w14:textId="77777777" w:rsidR="00153B57" w:rsidRPr="00E07841" w:rsidRDefault="00F67EEC">
      <w:pPr>
        <w:spacing w:after="0"/>
        <w:rPr>
          <w:lang w:val="ru-RU"/>
        </w:rPr>
      </w:pPr>
      <w:r w:rsidRPr="00E07841">
        <w:rPr>
          <w:lang w:val="ru-RU"/>
        </w:rPr>
        <w:t>Гарантия не распространяется на недостатки, возникшие после приемки вследствие обычной эксплуатации объекта, повторного загрязнения, действий Заказчика или третьих лиц, скрытых дефектов поверхностей, использования Заказчиком неподходящих средств, а также на зоны и работы, не входившие в заказ.</w:t>
      </w:r>
    </w:p>
    <w:p w14:paraId="3AE3F20E" w14:textId="77777777" w:rsidR="00153B57" w:rsidRPr="00E07841" w:rsidRDefault="00F67EEC">
      <w:pPr>
        <w:pStyle w:val="1"/>
        <w:spacing w:before="120" w:after="60"/>
        <w:rPr>
          <w:lang w:val="ru-RU"/>
        </w:rPr>
      </w:pPr>
      <w:r w:rsidRPr="00E07841">
        <w:rPr>
          <w:rFonts w:ascii="Times New Roman" w:eastAsia="Times New Roman" w:hAnsi="Times New Roman"/>
          <w:lang w:val="ru-RU"/>
        </w:rPr>
        <w:t>7. Ответственность сторон</w:t>
      </w:r>
    </w:p>
    <w:p w14:paraId="55C9CE9D" w14:textId="77777777" w:rsidR="00153B57" w:rsidRPr="00E07841" w:rsidRDefault="00F67EEC">
      <w:pPr>
        <w:spacing w:after="0"/>
        <w:rPr>
          <w:lang w:val="ru-RU"/>
        </w:rPr>
      </w:pPr>
      <w:r w:rsidRPr="00E07841">
        <w:rPr>
          <w:lang w:val="ru-RU"/>
        </w:rPr>
        <w:t>Исполнитель несет ответственность за неисполнение или ненадлежащее исполнение обязательств в соответствии с законодательством Российской Федерации и условиями оферты.</w:t>
      </w:r>
    </w:p>
    <w:p w14:paraId="3A085179" w14:textId="77777777" w:rsidR="00153B57" w:rsidRPr="00E07841" w:rsidRDefault="00F67EEC">
      <w:pPr>
        <w:spacing w:after="0"/>
        <w:rPr>
          <w:lang w:val="ru-RU"/>
        </w:rPr>
      </w:pPr>
      <w:r w:rsidRPr="00E07841">
        <w:rPr>
          <w:lang w:val="ru-RU"/>
        </w:rPr>
        <w:t>Исполнитель не отвечает за невозможность достижения результата, обусловленную объективным состоянием объекта, застарелыми загрязнениями, дефектами поверхностей, износом материалов, отсутствием у Заказчика необходимых условий для уборки либо непредоставлением существенной информации о свойствах объекта.</w:t>
      </w:r>
    </w:p>
    <w:p w14:paraId="6C2A7322" w14:textId="77777777" w:rsidR="00153B57" w:rsidRPr="00E07841" w:rsidRDefault="00F67EEC">
      <w:pPr>
        <w:spacing w:after="0"/>
        <w:rPr>
          <w:lang w:val="ru-RU"/>
        </w:rPr>
      </w:pPr>
      <w:r w:rsidRPr="00E07841">
        <w:rPr>
          <w:lang w:val="ru-RU"/>
        </w:rPr>
        <w:t>Исполнитель не несет ответственность за утрату либо повреждение имущества, которое не было убрано, зафиксировано или специально обозначено Заказчиком как ценное, хрупкое либо требующее особого режима обращения, если соответствующие риски не были заранее письменно доведены до Исполнителя.</w:t>
      </w:r>
    </w:p>
    <w:p w14:paraId="338FD9EF" w14:textId="77777777" w:rsidR="00153B57" w:rsidRPr="00E07841" w:rsidRDefault="00F67EEC">
      <w:pPr>
        <w:spacing w:after="0"/>
        <w:rPr>
          <w:lang w:val="ru-RU"/>
        </w:rPr>
      </w:pPr>
      <w:r w:rsidRPr="00E07841">
        <w:rPr>
          <w:lang w:val="ru-RU"/>
        </w:rPr>
        <w:t>Заказчик несет ответственность за достоверность сведений о заказе, правомерность допуска на объект и отсутствие запретов либо ограничений на оказание услуг по указанному адресу.</w:t>
      </w:r>
    </w:p>
    <w:p w14:paraId="30A885F5" w14:textId="77777777" w:rsidR="00153B57" w:rsidRPr="00E07841" w:rsidRDefault="00F67EEC">
      <w:pPr>
        <w:pStyle w:val="1"/>
        <w:spacing w:before="120" w:after="60"/>
        <w:rPr>
          <w:lang w:val="ru-RU"/>
        </w:rPr>
      </w:pPr>
      <w:r w:rsidRPr="00E07841">
        <w:rPr>
          <w:rFonts w:ascii="Times New Roman" w:eastAsia="Times New Roman" w:hAnsi="Times New Roman"/>
          <w:lang w:val="ru-RU"/>
        </w:rPr>
        <w:t>8. Случаи, при которых уборка не может быть оказана либо может быть приостановлена</w:t>
      </w:r>
    </w:p>
    <w:p w14:paraId="4C27E391" w14:textId="77777777" w:rsidR="00153B57" w:rsidRPr="00E07841" w:rsidRDefault="00F67EEC">
      <w:pPr>
        <w:spacing w:after="0"/>
        <w:rPr>
          <w:lang w:val="ru-RU"/>
        </w:rPr>
      </w:pPr>
      <w:r w:rsidRPr="00E07841">
        <w:rPr>
          <w:lang w:val="ru-RU"/>
        </w:rPr>
        <w:t>Исполнитель вправе отказаться от начала оказания услуг, приостановить их либо прекратить оказание услуг, если:</w:t>
      </w:r>
    </w:p>
    <w:p w14:paraId="31520A2B" w14:textId="77777777" w:rsidR="00153B57" w:rsidRPr="00E07841" w:rsidRDefault="00F67EEC">
      <w:pPr>
        <w:spacing w:after="0"/>
        <w:rPr>
          <w:lang w:val="ru-RU"/>
        </w:rPr>
      </w:pPr>
      <w:r w:rsidRPr="00E07841">
        <w:rPr>
          <w:lang w:val="ru-RU"/>
        </w:rPr>
        <w:t>не обеспечен доступ на объект, отсутствует заказчик либо уполномоченное лицо, либо сведения о заказе недостоверны;</w:t>
      </w:r>
    </w:p>
    <w:p w14:paraId="335CDAF4" w14:textId="77777777" w:rsidR="00153B57" w:rsidRPr="00E07841" w:rsidRDefault="00F67EEC">
      <w:pPr>
        <w:spacing w:after="0"/>
        <w:rPr>
          <w:lang w:val="ru-RU"/>
        </w:rPr>
      </w:pPr>
      <w:r w:rsidRPr="00E07841">
        <w:rPr>
          <w:lang w:val="ru-RU"/>
        </w:rPr>
        <w:t>на объекте отсутствуют вода, электроэнергия, освещение либо иные минимально необходимые условия;</w:t>
      </w:r>
    </w:p>
    <w:p w14:paraId="0C48997C" w14:textId="77777777" w:rsidR="00153B57" w:rsidRPr="00E07841" w:rsidRDefault="00F67EEC">
      <w:pPr>
        <w:spacing w:after="0"/>
        <w:rPr>
          <w:lang w:val="ru-RU"/>
        </w:rPr>
      </w:pPr>
      <w:r w:rsidRPr="00E07841">
        <w:rPr>
          <w:lang w:val="ru-RU"/>
        </w:rPr>
        <w:t>имеются признаки аварии, пожара, затопления, задымления, обрушения, нарушения санитарной безопасности либо иные обстоятельства, создающие угрозу жизни, здоровью или имуществу;</w:t>
      </w:r>
    </w:p>
    <w:p w14:paraId="5834F187" w14:textId="77777777" w:rsidR="00153B57" w:rsidRPr="00E07841" w:rsidRDefault="00F67EEC">
      <w:pPr>
        <w:spacing w:after="0"/>
        <w:rPr>
          <w:lang w:val="ru-RU"/>
        </w:rPr>
      </w:pPr>
      <w:r w:rsidRPr="00E07841">
        <w:rPr>
          <w:lang w:val="ru-RU"/>
        </w:rPr>
        <w:t>на объекте находятся агрессивные животные без контроля, лица в состоянии выраженного алкогольного, наркотического либо иного токсического опьянения, либо иные лица, создающие угрозу безопасности;</w:t>
      </w:r>
    </w:p>
    <w:p w14:paraId="0222ACD3" w14:textId="77777777" w:rsidR="00153B57" w:rsidRPr="00E07841" w:rsidRDefault="00F67EEC">
      <w:pPr>
        <w:spacing w:after="0"/>
        <w:rPr>
          <w:lang w:val="ru-RU"/>
        </w:rPr>
      </w:pPr>
      <w:r w:rsidRPr="00E07841">
        <w:rPr>
          <w:lang w:val="ru-RU"/>
        </w:rPr>
        <w:t>обнаружены материалы и загрязнения, требующие специальной подготовки, лицензий, допусков, средств индивидуальной защиты или специальной утилизации;</w:t>
      </w:r>
    </w:p>
    <w:p w14:paraId="074CD9E5" w14:textId="77777777" w:rsidR="00153B57" w:rsidRPr="00E07841" w:rsidRDefault="00F67EEC">
      <w:pPr>
        <w:spacing w:after="0"/>
        <w:rPr>
          <w:lang w:val="ru-RU"/>
        </w:rPr>
      </w:pPr>
      <w:r w:rsidRPr="00E07841">
        <w:rPr>
          <w:lang w:val="ru-RU"/>
        </w:rPr>
        <w:t>оказание услуг в конкретных условиях может повлечь причинение вреда имуществу Заказчика либо третьих лиц;</w:t>
      </w:r>
    </w:p>
    <w:p w14:paraId="2A4FE55C" w14:textId="77777777" w:rsidR="00153B57" w:rsidRPr="00E07841" w:rsidRDefault="00F67EEC">
      <w:pPr>
        <w:spacing w:after="0"/>
        <w:rPr>
          <w:lang w:val="ru-RU"/>
        </w:rPr>
      </w:pPr>
      <w:r w:rsidRPr="00E07841">
        <w:rPr>
          <w:lang w:val="ru-RU"/>
        </w:rPr>
        <w:t>Заказчик требует выполнения работ, не входящих в согласованный объем, без дополнительного согласования и оплаты.</w:t>
      </w:r>
    </w:p>
    <w:p w14:paraId="561EC99C" w14:textId="77777777" w:rsidR="00153B57" w:rsidRPr="00E07841" w:rsidRDefault="00F67EEC">
      <w:pPr>
        <w:pStyle w:val="1"/>
        <w:spacing w:before="120" w:after="60"/>
        <w:rPr>
          <w:lang w:val="ru-RU"/>
        </w:rPr>
      </w:pPr>
      <w:r w:rsidRPr="00E07841">
        <w:rPr>
          <w:rFonts w:ascii="Times New Roman" w:eastAsia="Times New Roman" w:hAnsi="Times New Roman"/>
          <w:lang w:val="ru-RU"/>
        </w:rPr>
        <w:t>9. Последствия невозможности оказания услуг</w:t>
      </w:r>
    </w:p>
    <w:p w14:paraId="76295666" w14:textId="77777777" w:rsidR="00153B57" w:rsidRPr="00E07841" w:rsidRDefault="00F67EEC">
      <w:pPr>
        <w:spacing w:after="0"/>
        <w:rPr>
          <w:lang w:val="ru-RU"/>
        </w:rPr>
      </w:pPr>
      <w:r w:rsidRPr="00E07841">
        <w:rPr>
          <w:lang w:val="ru-RU"/>
        </w:rPr>
        <w:t>Если невозможность оказания услуг возникла по обстоятельствам, за которые отвечает Заказчик, Исполнитель вправе предложить перенос заказа либо расторгнуть договор в соответствующей части с применением последствий, предусмотренных офертой и законом.</w:t>
      </w:r>
    </w:p>
    <w:p w14:paraId="2AE47ECB" w14:textId="77777777" w:rsidR="00153B57" w:rsidRPr="00E07841" w:rsidRDefault="00F67EEC">
      <w:pPr>
        <w:spacing w:after="0"/>
        <w:rPr>
          <w:lang w:val="ru-RU"/>
        </w:rPr>
      </w:pPr>
      <w:r w:rsidRPr="00E07841">
        <w:rPr>
          <w:lang w:val="ru-RU"/>
        </w:rPr>
        <w:t>Если невозможность оказания услуг возникла по обстоятельствам, за которые отвечает Исполнитель, Исполнитель обязан предложить новый срок оказания услуг либо возврат уплаченных денежных средств в соответствующей части, если иное не согласовано с Заказчиком и не противоречит закону.</w:t>
      </w:r>
    </w:p>
    <w:p w14:paraId="1AE0EF6A" w14:textId="77777777" w:rsidR="00153B57" w:rsidRPr="00E07841" w:rsidRDefault="00F67EEC">
      <w:pPr>
        <w:spacing w:after="0"/>
        <w:rPr>
          <w:lang w:val="ru-RU"/>
        </w:rPr>
      </w:pPr>
      <w:r w:rsidRPr="00E07841">
        <w:rPr>
          <w:lang w:val="ru-RU"/>
        </w:rPr>
        <w:t>Если невозможность оказания услуг вызвана обстоятельствами, не зависящими от сторон, стороны действуют по правилам раздела о форс-мажоре и общим положениям законодательства.</w:t>
      </w:r>
    </w:p>
    <w:p w14:paraId="424D7BCA" w14:textId="77777777" w:rsidR="00153B57" w:rsidRPr="00E07841" w:rsidRDefault="00F67EEC">
      <w:pPr>
        <w:pStyle w:val="1"/>
        <w:spacing w:before="120" w:after="60"/>
        <w:rPr>
          <w:lang w:val="ru-RU"/>
        </w:rPr>
      </w:pPr>
      <w:r w:rsidRPr="00E07841">
        <w:rPr>
          <w:rFonts w:ascii="Times New Roman" w:eastAsia="Times New Roman" w:hAnsi="Times New Roman"/>
          <w:lang w:val="ru-RU"/>
        </w:rPr>
        <w:t>10. Форс-мажор</w:t>
      </w:r>
    </w:p>
    <w:p w14:paraId="3192DCC2" w14:textId="77777777" w:rsidR="00153B57" w:rsidRPr="00E07841" w:rsidRDefault="00F67EEC">
      <w:pPr>
        <w:spacing w:after="0"/>
        <w:rPr>
          <w:lang w:val="ru-RU"/>
        </w:rPr>
      </w:pPr>
      <w:r w:rsidRPr="00E07841">
        <w:rPr>
          <w:lang w:val="ru-RU"/>
        </w:rPr>
        <w:t>Сторона освобождается от ответственности за полное или частичное неисполнение обязательств, если это явилось следствием чрезвычайных и непредотвратимых при данных условиях обстоятельств, возникших после заключения договора и непосредственно повлиявших на исполнение обязательств.</w:t>
      </w:r>
    </w:p>
    <w:p w14:paraId="6A2BD94A" w14:textId="77777777" w:rsidR="00153B57" w:rsidRPr="00E07841" w:rsidRDefault="00F67EEC">
      <w:pPr>
        <w:spacing w:after="0"/>
        <w:rPr>
          <w:lang w:val="ru-RU"/>
        </w:rPr>
      </w:pPr>
      <w:r w:rsidRPr="00E07841">
        <w:rPr>
          <w:lang w:val="ru-RU"/>
        </w:rPr>
        <w:t>К таким обстоятельствам могут относиться стихийные бедствия, военные действия, массовые беспорядки, акты органов власти, ограничения доступа к территории, аварии коммунальных сетей, длительные перебои связи и иные подобные обстоятельства.</w:t>
      </w:r>
    </w:p>
    <w:p w14:paraId="2F3BCB6B" w14:textId="77777777" w:rsidR="00153B57" w:rsidRPr="00E07841" w:rsidRDefault="00F67EEC">
      <w:pPr>
        <w:spacing w:after="0"/>
        <w:rPr>
          <w:lang w:val="ru-RU"/>
        </w:rPr>
      </w:pPr>
      <w:r w:rsidRPr="00E07841">
        <w:rPr>
          <w:lang w:val="ru-RU"/>
        </w:rPr>
        <w:t>Сторона, для которой создалась невозможность исполнения, обязана уведомить другую сторону в разумный срок после того, как ей стало известно о таких обстоятельствах.</w:t>
      </w:r>
    </w:p>
    <w:p w14:paraId="23F7920D" w14:textId="77777777" w:rsidR="00153B57" w:rsidRPr="00E07841" w:rsidRDefault="00F67EEC">
      <w:pPr>
        <w:pStyle w:val="1"/>
        <w:spacing w:before="120" w:after="60"/>
        <w:rPr>
          <w:lang w:val="ru-RU"/>
        </w:rPr>
      </w:pPr>
      <w:r w:rsidRPr="00E07841">
        <w:rPr>
          <w:rFonts w:ascii="Times New Roman" w:eastAsia="Times New Roman" w:hAnsi="Times New Roman"/>
          <w:lang w:val="ru-RU"/>
        </w:rPr>
        <w:t>11. Уведомления и документооборот</w:t>
      </w:r>
    </w:p>
    <w:p w14:paraId="6BAACFD1" w14:textId="77777777" w:rsidR="00153B57" w:rsidRPr="00E07841" w:rsidRDefault="00F67EEC">
      <w:pPr>
        <w:spacing w:after="0"/>
        <w:rPr>
          <w:lang w:val="ru-RU"/>
        </w:rPr>
      </w:pPr>
      <w:r w:rsidRPr="00E07841">
        <w:rPr>
          <w:lang w:val="ru-RU"/>
        </w:rPr>
        <w:t xml:space="preserve">Уведомления, претензии и иные юридически значимые сообщения могут направляться через интерфейс сайта, </w:t>
      </w:r>
      <w:r>
        <w:t>Telegram</w:t>
      </w:r>
      <w:r w:rsidRPr="00E07841">
        <w:rPr>
          <w:lang w:val="ru-RU"/>
        </w:rPr>
        <w:t xml:space="preserve"> </w:t>
      </w:r>
      <w:r>
        <w:t>mini</w:t>
      </w:r>
      <w:r w:rsidRPr="00E07841">
        <w:rPr>
          <w:lang w:val="ru-RU"/>
        </w:rPr>
        <w:t>-</w:t>
      </w:r>
      <w:r>
        <w:t>app</w:t>
      </w:r>
      <w:r w:rsidRPr="00E07841">
        <w:rPr>
          <w:lang w:val="ru-RU"/>
        </w:rPr>
        <w:t>, мессенджер, электронную почту, по номеру телефона либо иным способом, указанным при оформлении заказа, если такой способ позволяет достоверно установить отправителя и содержание сообщения.</w:t>
      </w:r>
    </w:p>
    <w:p w14:paraId="12F36FA0" w14:textId="77777777" w:rsidR="00153B57" w:rsidRPr="00E07841" w:rsidRDefault="00F67EEC">
      <w:pPr>
        <w:spacing w:after="0"/>
        <w:rPr>
          <w:lang w:val="ru-RU"/>
        </w:rPr>
      </w:pPr>
      <w:r w:rsidRPr="00E07841">
        <w:rPr>
          <w:lang w:val="ru-RU"/>
        </w:rPr>
        <w:t xml:space="preserve">Для претензий по качеству Заказчик использует следующие контакты Исполнителя: </w:t>
      </w:r>
      <w:r>
        <w:t>e</w:t>
      </w:r>
      <w:r w:rsidRPr="00E07841">
        <w:rPr>
          <w:lang w:val="ru-RU"/>
        </w:rPr>
        <w:t>-</w:t>
      </w:r>
      <w:r>
        <w:t>mail</w:t>
      </w:r>
      <w:r w:rsidRPr="00E07841">
        <w:rPr>
          <w:lang w:val="ru-RU"/>
        </w:rPr>
        <w:t xml:space="preserve">: </w:t>
      </w:r>
      <w:proofErr w:type="spellStart"/>
      <w:r>
        <w:t>kleene</w:t>
      </w:r>
      <w:proofErr w:type="spellEnd"/>
      <w:r w:rsidRPr="00E07841">
        <w:rPr>
          <w:lang w:val="ru-RU"/>
        </w:rPr>
        <w:t>@</w:t>
      </w:r>
      <w:r>
        <w:t>internet</w:t>
      </w:r>
      <w:r w:rsidRPr="00E07841">
        <w:rPr>
          <w:lang w:val="ru-RU"/>
        </w:rPr>
        <w:t>.</w:t>
      </w:r>
      <w:proofErr w:type="spellStart"/>
      <w:r>
        <w:t>ru</w:t>
      </w:r>
      <w:proofErr w:type="spellEnd"/>
      <w:r w:rsidRPr="00E07841">
        <w:rPr>
          <w:lang w:val="ru-RU"/>
        </w:rPr>
        <w:t>.</w:t>
      </w:r>
    </w:p>
    <w:p w14:paraId="200E19C7" w14:textId="77777777" w:rsidR="00153B57" w:rsidRPr="00E07841" w:rsidRDefault="00F67EEC">
      <w:pPr>
        <w:spacing w:after="0"/>
        <w:rPr>
          <w:lang w:val="ru-RU"/>
        </w:rPr>
      </w:pPr>
      <w:r w:rsidRPr="00E07841">
        <w:rPr>
          <w:lang w:val="ru-RU"/>
        </w:rPr>
        <w:t xml:space="preserve">Исполнитель вправе актуализировать настоящие Правила путем публикации новой редакции на сайте и/или в </w:t>
      </w:r>
      <w:r>
        <w:t>mini</w:t>
      </w:r>
      <w:r w:rsidRPr="00E07841">
        <w:rPr>
          <w:lang w:val="ru-RU"/>
        </w:rPr>
        <w:t>-</w:t>
      </w:r>
      <w:r>
        <w:t>app</w:t>
      </w:r>
      <w:r w:rsidRPr="00E07841">
        <w:rPr>
          <w:lang w:val="ru-RU"/>
        </w:rPr>
        <w:t>. Новая редакция применяется к заказам, оформленным после даты ее публикации, если иное прямо не указано Исполнителем.</w:t>
      </w:r>
    </w:p>
    <w:p w14:paraId="57FFBA2A" w14:textId="77777777" w:rsidR="00153B57" w:rsidRPr="00E07841" w:rsidRDefault="00153B57">
      <w:pPr>
        <w:spacing w:after="0"/>
        <w:rPr>
          <w:lang w:val="ru-RU"/>
        </w:rPr>
      </w:pPr>
    </w:p>
    <w:p w14:paraId="0895B30E" w14:textId="77777777" w:rsidR="00153B57" w:rsidRPr="00E07841" w:rsidRDefault="00153B57">
      <w:pPr>
        <w:spacing w:after="0"/>
        <w:rPr>
          <w:lang w:val="ru-RU"/>
        </w:rPr>
      </w:pPr>
    </w:p>
    <w:p w14:paraId="7202D2BC" w14:textId="77777777" w:rsidR="00153B57" w:rsidRPr="00E07841" w:rsidRDefault="00153B57">
      <w:pPr>
        <w:spacing w:after="0"/>
        <w:rPr>
          <w:lang w:val="ru-RU"/>
        </w:rPr>
      </w:pPr>
    </w:p>
    <w:p w14:paraId="715B6E67" w14:textId="77777777" w:rsidR="00153B57" w:rsidRPr="00E07841" w:rsidRDefault="00F67EEC">
      <w:pPr>
        <w:pStyle w:val="1"/>
        <w:spacing w:before="120" w:after="60"/>
        <w:rPr>
          <w:lang w:val="ru-RU"/>
        </w:rPr>
      </w:pPr>
      <w:r w:rsidRPr="00E07841">
        <w:rPr>
          <w:rFonts w:ascii="Times New Roman" w:eastAsia="Times New Roman" w:hAnsi="Times New Roman"/>
          <w:lang w:val="ru-RU"/>
        </w:rPr>
        <w:t>Реквизиты и служебные данные</w:t>
      </w:r>
    </w:p>
    <w:p w14:paraId="5BA76C36" w14:textId="77777777" w:rsidR="00153B57" w:rsidRPr="00E07841" w:rsidRDefault="00F67EEC">
      <w:pPr>
        <w:spacing w:after="0"/>
        <w:rPr>
          <w:lang w:val="ru-RU"/>
        </w:rPr>
      </w:pPr>
      <w:r w:rsidRPr="00E07841">
        <w:rPr>
          <w:lang w:val="ru-RU"/>
        </w:rPr>
        <w:t>1. Общество с ограниченной ответственностью «Клини Системс»</w:t>
      </w:r>
    </w:p>
    <w:p w14:paraId="40EF4B21" w14:textId="77777777" w:rsidR="00153B57" w:rsidRPr="00E07841" w:rsidRDefault="00F67EEC">
      <w:pPr>
        <w:spacing w:after="0"/>
        <w:rPr>
          <w:lang w:val="ru-RU"/>
        </w:rPr>
      </w:pPr>
      <w:r w:rsidRPr="00E07841">
        <w:rPr>
          <w:lang w:val="ru-RU"/>
        </w:rPr>
        <w:t>2. ИНН 7805830127</w:t>
      </w:r>
    </w:p>
    <w:p w14:paraId="3721FFF7" w14:textId="77777777" w:rsidR="00153B57" w:rsidRPr="00E07841" w:rsidRDefault="00F67EEC">
      <w:pPr>
        <w:spacing w:after="0"/>
        <w:rPr>
          <w:lang w:val="ru-RU"/>
        </w:rPr>
      </w:pPr>
      <w:r w:rsidRPr="00E07841">
        <w:rPr>
          <w:lang w:val="ru-RU"/>
        </w:rPr>
        <w:t>3. КПП 780501001</w:t>
      </w:r>
    </w:p>
    <w:p w14:paraId="2E656B71" w14:textId="77777777" w:rsidR="00153B57" w:rsidRPr="00E07841" w:rsidRDefault="00F67EEC">
      <w:pPr>
        <w:spacing w:after="0"/>
        <w:rPr>
          <w:lang w:val="ru-RU"/>
        </w:rPr>
      </w:pPr>
      <w:r w:rsidRPr="00E07841">
        <w:rPr>
          <w:lang w:val="ru-RU"/>
        </w:rPr>
        <w:t>4. ОГРН 1267800041080</w:t>
      </w:r>
    </w:p>
    <w:p w14:paraId="03D7972F" w14:textId="77777777" w:rsidR="00153B57" w:rsidRPr="00E07841" w:rsidRDefault="00F67EEC">
      <w:pPr>
        <w:spacing w:after="0"/>
        <w:rPr>
          <w:lang w:val="ru-RU"/>
        </w:rPr>
      </w:pPr>
      <w:r w:rsidRPr="00E07841">
        <w:rPr>
          <w:lang w:val="ru-RU"/>
        </w:rPr>
        <w:t xml:space="preserve">5. адрес: 198095, г. Санкт-Петербург, </w:t>
      </w:r>
      <w:proofErr w:type="spellStart"/>
      <w:r w:rsidRPr="00E07841">
        <w:rPr>
          <w:lang w:val="ru-RU"/>
        </w:rPr>
        <w:t>вн.тер.г</w:t>
      </w:r>
      <w:proofErr w:type="spellEnd"/>
      <w:r w:rsidRPr="00E07841">
        <w:rPr>
          <w:lang w:val="ru-RU"/>
        </w:rPr>
        <w:t xml:space="preserve">. муниципальный округ Нарвский округ, ул. Ивана Черных, д. 20, литера А, </w:t>
      </w:r>
      <w:proofErr w:type="spellStart"/>
      <w:r w:rsidRPr="00E07841">
        <w:rPr>
          <w:lang w:val="ru-RU"/>
        </w:rPr>
        <w:t>помещ</w:t>
      </w:r>
      <w:proofErr w:type="spellEnd"/>
      <w:r w:rsidRPr="00E07841">
        <w:rPr>
          <w:lang w:val="ru-RU"/>
        </w:rPr>
        <w:t xml:space="preserve">. 9-Н, </w:t>
      </w:r>
      <w:proofErr w:type="spellStart"/>
      <w:r w:rsidRPr="00E07841">
        <w:rPr>
          <w:lang w:val="ru-RU"/>
        </w:rPr>
        <w:t>помещ</w:t>
      </w:r>
      <w:proofErr w:type="spellEnd"/>
      <w:r w:rsidRPr="00E07841">
        <w:rPr>
          <w:lang w:val="ru-RU"/>
        </w:rPr>
        <w:t>. 26</w:t>
      </w:r>
    </w:p>
    <w:p w14:paraId="00CFA458" w14:textId="77777777" w:rsidR="00153B57" w:rsidRPr="00E07841" w:rsidRDefault="00F67EEC">
      <w:pPr>
        <w:spacing w:after="0"/>
        <w:rPr>
          <w:lang w:val="ru-RU"/>
        </w:rPr>
      </w:pPr>
      <w:r w:rsidRPr="00E07841">
        <w:rPr>
          <w:lang w:val="ru-RU"/>
        </w:rPr>
        <w:t xml:space="preserve">6. </w:t>
      </w:r>
      <w:r>
        <w:t>e</w:t>
      </w:r>
      <w:r w:rsidRPr="00E07841">
        <w:rPr>
          <w:lang w:val="ru-RU"/>
        </w:rPr>
        <w:t>-</w:t>
      </w:r>
      <w:r>
        <w:t>mail</w:t>
      </w:r>
      <w:r w:rsidRPr="00E07841">
        <w:rPr>
          <w:lang w:val="ru-RU"/>
        </w:rPr>
        <w:t xml:space="preserve">: </w:t>
      </w:r>
      <w:proofErr w:type="spellStart"/>
      <w:r>
        <w:t>kleene</w:t>
      </w:r>
      <w:proofErr w:type="spellEnd"/>
      <w:r w:rsidRPr="00E07841">
        <w:rPr>
          <w:lang w:val="ru-RU"/>
        </w:rPr>
        <w:t>@</w:t>
      </w:r>
      <w:r>
        <w:t>internet</w:t>
      </w:r>
      <w:r w:rsidRPr="00E07841">
        <w:rPr>
          <w:lang w:val="ru-RU"/>
        </w:rPr>
        <w:t>.</w:t>
      </w:r>
      <w:proofErr w:type="spellStart"/>
      <w:r>
        <w:t>ru</w:t>
      </w:r>
      <w:proofErr w:type="spellEnd"/>
    </w:p>
    <w:sectPr w:rsidR="00153B57" w:rsidRPr="00E07841"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6A758B9"/>
    <w:multiLevelType w:val="multilevel"/>
    <w:tmpl w:val="E370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F033CC"/>
    <w:multiLevelType w:val="multilevel"/>
    <w:tmpl w:val="B748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80482C"/>
    <w:multiLevelType w:val="multilevel"/>
    <w:tmpl w:val="0F4E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25197C"/>
    <w:multiLevelType w:val="multilevel"/>
    <w:tmpl w:val="C49C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440E83"/>
    <w:multiLevelType w:val="multilevel"/>
    <w:tmpl w:val="E7FC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1102FF"/>
    <w:multiLevelType w:val="multilevel"/>
    <w:tmpl w:val="538C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2D1D37"/>
    <w:multiLevelType w:val="multilevel"/>
    <w:tmpl w:val="008E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EC62A4"/>
    <w:multiLevelType w:val="multilevel"/>
    <w:tmpl w:val="E2D0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F904E5"/>
    <w:multiLevelType w:val="multilevel"/>
    <w:tmpl w:val="EA7C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654435"/>
    <w:multiLevelType w:val="multilevel"/>
    <w:tmpl w:val="C548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915723"/>
    <w:multiLevelType w:val="multilevel"/>
    <w:tmpl w:val="213C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5F6116"/>
    <w:multiLevelType w:val="multilevel"/>
    <w:tmpl w:val="C970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C3D67"/>
    <w:multiLevelType w:val="multilevel"/>
    <w:tmpl w:val="CA62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95504"/>
    <w:multiLevelType w:val="multilevel"/>
    <w:tmpl w:val="60BE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723A32"/>
    <w:multiLevelType w:val="multilevel"/>
    <w:tmpl w:val="B46A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5067F0"/>
    <w:multiLevelType w:val="multilevel"/>
    <w:tmpl w:val="486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27F61"/>
    <w:multiLevelType w:val="multilevel"/>
    <w:tmpl w:val="F8F2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0"/>
  </w:num>
  <w:num w:numId="12">
    <w:abstractNumId w:val="14"/>
  </w:num>
  <w:num w:numId="13">
    <w:abstractNumId w:val="24"/>
  </w:num>
  <w:num w:numId="14">
    <w:abstractNumId w:val="13"/>
  </w:num>
  <w:num w:numId="15">
    <w:abstractNumId w:val="12"/>
  </w:num>
  <w:num w:numId="16">
    <w:abstractNumId w:val="15"/>
  </w:num>
  <w:num w:numId="17">
    <w:abstractNumId w:val="10"/>
  </w:num>
  <w:num w:numId="18">
    <w:abstractNumId w:val="11"/>
  </w:num>
  <w:num w:numId="19">
    <w:abstractNumId w:val="23"/>
  </w:num>
  <w:num w:numId="20">
    <w:abstractNumId w:val="19"/>
  </w:num>
  <w:num w:numId="21">
    <w:abstractNumId w:val="21"/>
  </w:num>
  <w:num w:numId="22">
    <w:abstractNumId w:val="25"/>
  </w:num>
  <w:num w:numId="23">
    <w:abstractNumId w:val="17"/>
  </w:num>
  <w:num w:numId="24">
    <w:abstractNumId w:val="22"/>
  </w:num>
  <w:num w:numId="25">
    <w:abstractNumId w:val="1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B57"/>
    <w:rsid w:val="0029639D"/>
    <w:rsid w:val="00326F90"/>
    <w:rsid w:val="006A4C5A"/>
    <w:rsid w:val="00AA1D8D"/>
    <w:rsid w:val="00B47730"/>
    <w:rsid w:val="00CB0664"/>
    <w:rsid w:val="00E07841"/>
    <w:rsid w:val="00F26EF2"/>
    <w:rsid w:val="00F67E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FFC5D7"/>
  <w14:defaultImageDpi w14:val="300"/>
  <w15:docId w15:val="{7ECD6A72-B67D-434E-91B5-D900FECF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E07841"/>
    <w:pPr>
      <w:spacing w:before="100" w:beforeAutospacing="1" w:after="100" w:afterAutospacing="1" w:line="240" w:lineRule="auto"/>
    </w:pPr>
    <w:rPr>
      <w:rFonts w:cs="Times New Roman"/>
      <w:szCs w:val="24"/>
      <w:lang w:val="ru-RU" w:eastAsia="ru-RU"/>
    </w:rPr>
  </w:style>
  <w:style w:type="paragraph" w:customStyle="1" w:styleId="service-detail-note">
    <w:name w:val="service-detail-note"/>
    <w:basedOn w:val="a1"/>
    <w:rsid w:val="00E07841"/>
    <w:pPr>
      <w:spacing w:before="100" w:beforeAutospacing="1" w:after="100" w:afterAutospacing="1" w:line="240" w:lineRule="auto"/>
    </w:pPr>
    <w:rPr>
      <w:rFonts w:cs="Times New Roman"/>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571575">
      <w:bodyDiv w:val="1"/>
      <w:marLeft w:val="0"/>
      <w:marRight w:val="0"/>
      <w:marTop w:val="0"/>
      <w:marBottom w:val="0"/>
      <w:divBdr>
        <w:top w:val="none" w:sz="0" w:space="0" w:color="auto"/>
        <w:left w:val="none" w:sz="0" w:space="0" w:color="auto"/>
        <w:bottom w:val="none" w:sz="0" w:space="0" w:color="auto"/>
        <w:right w:val="none" w:sz="0" w:space="0" w:color="auto"/>
      </w:divBdr>
    </w:div>
    <w:div w:id="452211081">
      <w:bodyDiv w:val="1"/>
      <w:marLeft w:val="0"/>
      <w:marRight w:val="0"/>
      <w:marTop w:val="0"/>
      <w:marBottom w:val="0"/>
      <w:divBdr>
        <w:top w:val="none" w:sz="0" w:space="0" w:color="auto"/>
        <w:left w:val="none" w:sz="0" w:space="0" w:color="auto"/>
        <w:bottom w:val="none" w:sz="0" w:space="0" w:color="auto"/>
        <w:right w:val="none" w:sz="0" w:space="0" w:color="auto"/>
      </w:divBdr>
    </w:div>
    <w:div w:id="713047377">
      <w:bodyDiv w:val="1"/>
      <w:marLeft w:val="0"/>
      <w:marRight w:val="0"/>
      <w:marTop w:val="0"/>
      <w:marBottom w:val="0"/>
      <w:divBdr>
        <w:top w:val="none" w:sz="0" w:space="0" w:color="auto"/>
        <w:left w:val="none" w:sz="0" w:space="0" w:color="auto"/>
        <w:bottom w:val="none" w:sz="0" w:space="0" w:color="auto"/>
        <w:right w:val="none" w:sz="0" w:space="0" w:color="auto"/>
      </w:divBdr>
    </w:div>
    <w:div w:id="923029987">
      <w:bodyDiv w:val="1"/>
      <w:marLeft w:val="0"/>
      <w:marRight w:val="0"/>
      <w:marTop w:val="0"/>
      <w:marBottom w:val="0"/>
      <w:divBdr>
        <w:top w:val="none" w:sz="0" w:space="0" w:color="auto"/>
        <w:left w:val="none" w:sz="0" w:space="0" w:color="auto"/>
        <w:bottom w:val="none" w:sz="0" w:space="0" w:color="auto"/>
        <w:right w:val="none" w:sz="0" w:space="0" w:color="auto"/>
      </w:divBdr>
    </w:div>
    <w:div w:id="969897544">
      <w:bodyDiv w:val="1"/>
      <w:marLeft w:val="0"/>
      <w:marRight w:val="0"/>
      <w:marTop w:val="0"/>
      <w:marBottom w:val="0"/>
      <w:divBdr>
        <w:top w:val="none" w:sz="0" w:space="0" w:color="auto"/>
        <w:left w:val="none" w:sz="0" w:space="0" w:color="auto"/>
        <w:bottom w:val="none" w:sz="0" w:space="0" w:color="auto"/>
        <w:right w:val="none" w:sz="0" w:space="0" w:color="auto"/>
      </w:divBdr>
    </w:div>
    <w:div w:id="1304967645">
      <w:bodyDiv w:val="1"/>
      <w:marLeft w:val="0"/>
      <w:marRight w:val="0"/>
      <w:marTop w:val="0"/>
      <w:marBottom w:val="0"/>
      <w:divBdr>
        <w:top w:val="none" w:sz="0" w:space="0" w:color="auto"/>
        <w:left w:val="none" w:sz="0" w:space="0" w:color="auto"/>
        <w:bottom w:val="none" w:sz="0" w:space="0" w:color="auto"/>
        <w:right w:val="none" w:sz="0" w:space="0" w:color="auto"/>
      </w:divBdr>
    </w:div>
    <w:div w:id="1313216375">
      <w:bodyDiv w:val="1"/>
      <w:marLeft w:val="0"/>
      <w:marRight w:val="0"/>
      <w:marTop w:val="0"/>
      <w:marBottom w:val="0"/>
      <w:divBdr>
        <w:top w:val="none" w:sz="0" w:space="0" w:color="auto"/>
        <w:left w:val="none" w:sz="0" w:space="0" w:color="auto"/>
        <w:bottom w:val="none" w:sz="0" w:space="0" w:color="auto"/>
        <w:right w:val="none" w:sz="0" w:space="0" w:color="auto"/>
      </w:divBdr>
    </w:div>
    <w:div w:id="1595824102">
      <w:bodyDiv w:val="1"/>
      <w:marLeft w:val="0"/>
      <w:marRight w:val="0"/>
      <w:marTop w:val="0"/>
      <w:marBottom w:val="0"/>
      <w:divBdr>
        <w:top w:val="none" w:sz="0" w:space="0" w:color="auto"/>
        <w:left w:val="none" w:sz="0" w:space="0" w:color="auto"/>
        <w:bottom w:val="none" w:sz="0" w:space="0" w:color="auto"/>
        <w:right w:val="none" w:sz="0" w:space="0" w:color="auto"/>
      </w:divBdr>
    </w:div>
    <w:div w:id="1724212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2473</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2026-06-19T12:34:00Z</dcterms:created>
  <dcterms:modified xsi:type="dcterms:W3CDTF">2026-06-19T12:36:00Z</dcterms:modified>
  <cp:category/>
</cp:coreProperties>
</file>